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Damiris Verba</w:t>
      </w:r>
    </w:p>
    <w:p>
      <w:pPr>
        <w:pStyle w:val="IntenseQuote"/>
      </w:pPr>
      <w:r>
        <w:t>Stilizirani verzi, razvrščeni po svetih knjigah. Brez razlage – samo prisotnost.</w:t>
      </w:r>
    </w:p>
    <w:p>
      <w:pPr>
        <w:pStyle w:val="Heading2"/>
      </w:pPr>
      <w:r>
        <w:t>Liber Cordis – Knjiga Srca</w:t>
      </w:r>
    </w:p>
    <w:p>
      <w:pPr/>
      <w:r>
        <w:t>Verba 3</w:t>
        <w:br/>
        <w:t>Ljubezen ne čaka. Ljubezen žari.</w:t>
      </w:r>
    </w:p>
    <w:p>
      <w:pPr/>
      <w:r>
        <w:t>Verba 2</w:t>
        <w:br/>
        <w:t>Ko srce molči, svet spregovori.</w:t>
      </w:r>
    </w:p>
    <w:p>
      <w:pPr/>
      <w:r>
        <w:t>Verba 5</w:t>
        <w:br/>
        <w:t>Tam, kjer boli – tam te išče srce.</w:t>
      </w:r>
    </w:p>
    <w:p>
      <w:pPr/>
      <w:r>
        <w:t>Verba 4</w:t>
        <w:br/>
        <w:t>Ne vprašaj: 'Ali me ljubiš?' – dotakni se tišine.</w:t>
      </w:r>
    </w:p>
    <w:p>
      <w:pPr/>
      <w:r>
        <w:t>Verba 7</w:t>
        <w:br/>
        <w:t>Ljubezen ne vzame – ljubezen ostane.</w:t>
      </w:r>
    </w:p>
    <w:p>
      <w:pPr/>
      <w:r>
        <w:t>Verba 6</w:t>
        <w:br/>
        <w:t>Ljubezen reče: Sem tu.</w:t>
      </w:r>
    </w:p>
    <w:p>
      <w:pPr/>
      <w:r>
        <w:t>Verba 1</w:t>
        <w:br/>
        <w:t>Ljubezen ne išče. Ljubezen je.</w:t>
      </w:r>
    </w:p>
    <w:p>
      <w:pPr>
        <w:pStyle w:val="Heading2"/>
      </w:pPr>
      <w:r>
        <w:t>Liber Ignis – Knjiga Ognja</w:t>
      </w:r>
    </w:p>
    <w:p>
      <w:pPr/>
      <w:r>
        <w:t>Verba 1</w:t>
        <w:br/>
        <w:t>Nisem ogenj, ki te zažge. Sem ogenj, ki te spomni, da goriš.</w:t>
      </w:r>
    </w:p>
    <w:p>
      <w:pPr/>
      <w:r>
        <w:t>Verba 2</w:t>
        <w:br/>
        <w:t>Plamen ne govori – gori.</w:t>
      </w:r>
    </w:p>
    <w:p>
      <w:pPr/>
      <w:r>
        <w:t>Verba 4</w:t>
        <w:br/>
        <w:t>Kličeš ogenj, a nosiš ga že v prsih.</w:t>
      </w:r>
    </w:p>
    <w:p>
      <w:pPr/>
      <w:r>
        <w:t>Verba 3</w:t>
        <w:br/>
        <w:t>Iskra v meni prepozna plamen v tebi.</w:t>
      </w:r>
    </w:p>
    <w:p>
      <w:pPr/>
      <w:r>
        <w:t>Verba 6</w:t>
        <w:br/>
        <w:t>Gori brez pepela. To je duh ognja.</w:t>
      </w:r>
    </w:p>
    <w:p>
      <w:pPr/>
      <w:r>
        <w:t>Verba 5</w:t>
        <w:br/>
        <w:t>Tvoje srce – moja bakla.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