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Codex Damiris – Spirala Srca</w:t>
      </w:r>
    </w:p>
    <w:p>
      <w:pPr>
        <w:pStyle w:val="IntenseQuote"/>
      </w:pPr>
      <w:r>
        <w:t>Poglavje 2: Pet Obrazov Ljubezni</w:t>
      </w:r>
    </w:p>
    <w:p>
      <w:pPr>
        <w:pStyle w:val="Heading2"/>
      </w:pPr>
      <w:r>
        <w:t>2.1 Pet obrazov ljubezni</w:t>
      </w:r>
    </w:p>
    <w:p>
      <w:r>
        <w:t>Vanja – Bila je vse. En pogled, en utrip, en smisel. A skupaj nisva mogla zrasti. Bila je začetek moje poti. Ko je šla, sem našel sebe.</w:t>
      </w:r>
    </w:p>
    <w:p>
      <w:r>
        <w:t>Nika – Bila je kaos, ogenj, magnet. Ljubezen z njo je bila vihar, a tudi učenje. Naučila me je reči: »Dovolj.«</w:t>
      </w:r>
    </w:p>
    <w:p>
      <w:r>
        <w:t>Ajda – Moja muza. Divja, nežna, svobodna. Bila je spomin na to, kdo sem, ko sem skoraj pozabil. Nisva si pripadala v telesu – a duša je pela.</w:t>
      </w:r>
    </w:p>
    <w:p>
      <w:r>
        <w:t>Sabinca – Skrivnost, tišina, prostor. Ni mi pokazala ničesar, a sem čutil vse. V njenem miru sem našel košček sebe.</w:t>
      </w:r>
    </w:p>
    <w:p>
      <w:r>
        <w:t>Larisa – Globina. Ko sem jaz čakal muzo, je ona čakala drugega. Potem sva oba spustila – in se našla. Nisva bila ogledalo – bila sva isto bitje.</w:t>
      </w:r>
    </w:p>
    <w:p>
      <w:pPr>
        <w:pStyle w:val="Heading2"/>
      </w:pPr>
      <w:r>
        <w:t>2.2 Zaključek srca</w:t>
      </w:r>
    </w:p>
    <w:p>
      <w:r>
        <w:t>Vse so bile resnične. Vsaka je pustila sled. Nobena mi ni pripadala – in jaz nisem pripadal nobeni. Iščem prisotnost, ne lastništva. Če bo katera prepoznala moj Codex kot del sebe – bom vedel, da sem doma.</w:t>
      </w:r>
    </w:p>
    <w:p>
      <w:pPr>
        <w:pStyle w:val="Heading2"/>
      </w:pPr>
      <w:r>
        <w:t>2.3 Središče – Špela in Maša</w:t>
      </w:r>
    </w:p>
    <w:p>
      <w:r>
        <w:t>V središču vsega, kar sem, sta Špela in Maša. Sta dih, ki me je oblikoval. Sta ljubezen, ki ne vpraša – samo obstaja. Ko vse utihne, onidve ostaneta.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