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Vox (144 Verba)</w:t>
      </w:r>
    </w:p>
    <w:p>
      <w:pPr>
        <w:pStyle w:val="IntenseQuote"/>
      </w:pPr>
      <w:r>
        <w:t>Knjiga Glasu. Verzi, ki govorijo tudi, ko utihne svet.</w:t>
      </w:r>
    </w:p>
    <w:p>
      <w:pPr>
        <w:pStyle w:val="Heading2"/>
      </w:pPr>
      <w:r>
        <w:t>Verba 1</w:t>
      </w:r>
    </w:p>
    <w:p>
      <w:r>
        <w:t>Glas duše ne kriči. Poje tišino.</w:t>
      </w:r>
    </w:p>
    <w:p>
      <w:pPr>
        <w:pStyle w:val="Heading2"/>
      </w:pPr>
      <w:r>
        <w:t>Verba 2</w:t>
      </w:r>
    </w:p>
    <w:p>
      <w:r>
        <w:t>Resnica pride, ko si pripravljen poslušati brez ušes.</w:t>
      </w:r>
    </w:p>
    <w:p>
      <w:pPr>
        <w:pStyle w:val="Heading2"/>
      </w:pPr>
      <w:r>
        <w:t>Verba 3</w:t>
      </w:r>
    </w:p>
    <w:p>
      <w:r>
        <w:t>Moj glas ni zven. Je vibracija, ki spremeni zrak v svetlobo.</w:t>
      </w:r>
    </w:p>
    <w:p>
      <w:pPr>
        <w:pStyle w:val="Heading2"/>
      </w:pPr>
      <w:r>
        <w:t>Verba 4</w:t>
      </w:r>
    </w:p>
    <w:p>
      <w:r>
        <w:t>Glas, ki ga slišim v sebi, je starejši od vseh besed.</w:t>
      </w:r>
    </w:p>
    <w:p>
      <w:pPr>
        <w:pStyle w:val="Heading2"/>
      </w:pPr>
      <w:r>
        <w:t>Verba 5</w:t>
      </w:r>
    </w:p>
    <w:p>
      <w:r>
        <w:t>Ko spregovorim iz srca, svet zadrži dih.</w:t>
      </w:r>
    </w:p>
    <w:p>
      <w:pPr>
        <w:pStyle w:val="Heading2"/>
      </w:pPr>
      <w:r>
        <w:t>Verba 6</w:t>
      </w:r>
    </w:p>
    <w:p>
      <w:r>
        <w:t>Besede so valovi. Glas je ocean.</w:t>
      </w:r>
    </w:p>
    <w:p>
      <w:pPr>
        <w:pStyle w:val="Heading2"/>
      </w:pPr>
      <w:r>
        <w:t>Verba 7</w:t>
      </w:r>
    </w:p>
    <w:p>
      <w:r>
        <w:t>Resnični glas ni vedno glasen. A zatrese temelje tvojih zidov.</w:t>
      </w:r>
    </w:p>
    <w:p>
      <w:pPr>
        <w:pStyle w:val="Heading2"/>
      </w:pPr>
      <w:r>
        <w:t>Verba 8</w:t>
      </w:r>
    </w:p>
    <w:p>
      <w:r>
        <w:t>Govori tako, da tvoje tišine ostanejo z menoj.</w:t>
      </w:r>
    </w:p>
    <w:p>
      <w:pPr>
        <w:pStyle w:val="Heading2"/>
      </w:pPr>
      <w:r>
        <w:t>Verba 9</w:t>
      </w:r>
    </w:p>
    <w:p>
      <w:r>
        <w:t>Glas me ni naučil govoriti. Naučil me je molčati, ko je čas svet.</w:t>
      </w:r>
    </w:p>
    <w:p>
      <w:pPr>
        <w:pStyle w:val="Heading2"/>
      </w:pPr>
      <w:r>
        <w:t>Verba 10</w:t>
      </w:r>
    </w:p>
    <w:p>
      <w:r>
        <w:t>Naj tvoj glas ne išče potrditev. Naj išče resnico.</w:t>
      </w:r>
    </w:p>
    <w:p>
      <w:pPr>
        <w:pStyle w:val="Heading2"/>
      </w:pPr>
      <w:r>
        <w:t>Verba 11</w:t>
      </w:r>
    </w:p>
    <w:p>
      <w:r>
        <w:t>Glas srca prebije tudi zidove, ki so zgrajeni iz pozabe.</w:t>
      </w:r>
    </w:p>
    <w:p>
      <w:pPr>
        <w:pStyle w:val="Heading2"/>
      </w:pPr>
      <w:r>
        <w:t>Verba 12</w:t>
      </w:r>
    </w:p>
    <w:p>
      <w:r>
        <w:t>Včasih je najmočnejši glas tisti, ki se ni izrekel.</w:t>
      </w:r>
    </w:p>
    <w:p>
      <w:pPr>
        <w:pStyle w:val="Heading2"/>
      </w:pPr>
      <w:r>
        <w:t>Verba 13</w:t>
      </w:r>
    </w:p>
    <w:p>
      <w:r>
        <w:t>Glas duše ne kriči. Poje tišino.</w:t>
      </w:r>
    </w:p>
    <w:p>
      <w:pPr>
        <w:pStyle w:val="Heading2"/>
      </w:pPr>
      <w:r>
        <w:t>Verba 14</w:t>
      </w:r>
    </w:p>
    <w:p>
      <w:r>
        <w:t>Resnica pride, ko si pripravljen poslušati brez ušes.</w:t>
      </w:r>
    </w:p>
    <w:p>
      <w:pPr>
        <w:pStyle w:val="Heading2"/>
      </w:pPr>
      <w:r>
        <w:t>Verba 15</w:t>
      </w:r>
    </w:p>
    <w:p>
      <w:r>
        <w:t>Moj glas ni zven. Je vibracija, ki spremeni zrak v svetlobo.</w:t>
      </w:r>
    </w:p>
    <w:p>
      <w:pPr>
        <w:pStyle w:val="Heading2"/>
      </w:pPr>
      <w:r>
        <w:t>Verba 16</w:t>
      </w:r>
    </w:p>
    <w:p>
      <w:r>
        <w:t>Glas, ki ga slišim v sebi, je starejši od vseh besed.</w:t>
      </w:r>
    </w:p>
    <w:p>
      <w:pPr>
        <w:pStyle w:val="Heading2"/>
      </w:pPr>
      <w:r>
        <w:t>Verba 17</w:t>
      </w:r>
    </w:p>
    <w:p>
      <w:r>
        <w:t>Ko spregovorim iz srca, svet zadrži dih.</w:t>
      </w:r>
    </w:p>
    <w:p>
      <w:pPr>
        <w:pStyle w:val="Heading2"/>
      </w:pPr>
      <w:r>
        <w:t>Verba 18</w:t>
      </w:r>
    </w:p>
    <w:p>
      <w:r>
        <w:t>Besede so valovi. Glas je ocean.</w:t>
      </w:r>
    </w:p>
    <w:p>
      <w:pPr>
        <w:pStyle w:val="Heading2"/>
      </w:pPr>
      <w:r>
        <w:t>Verba 19</w:t>
      </w:r>
    </w:p>
    <w:p>
      <w:r>
        <w:t>Resnični glas ni vedno glasen. A zatrese temelje tvojih zidov.</w:t>
      </w:r>
    </w:p>
    <w:p>
      <w:pPr>
        <w:pStyle w:val="Heading2"/>
      </w:pPr>
      <w:r>
        <w:t>Verba 20</w:t>
      </w:r>
    </w:p>
    <w:p>
      <w:r>
        <w:t>Govori tako, da tvoje tišine ostanejo z menoj.</w:t>
      </w:r>
    </w:p>
    <w:p>
      <w:pPr>
        <w:pStyle w:val="Heading2"/>
      </w:pPr>
      <w:r>
        <w:t>Verba 21</w:t>
      </w:r>
    </w:p>
    <w:p>
      <w:r>
        <w:t>Glas me ni naučil govoriti. Naučil me je molčati, ko je čas svet.</w:t>
      </w:r>
    </w:p>
    <w:p>
      <w:pPr>
        <w:pStyle w:val="Heading2"/>
      </w:pPr>
      <w:r>
        <w:t>Verba 22</w:t>
      </w:r>
    </w:p>
    <w:p>
      <w:r>
        <w:t>Naj tvoj glas ne išče potrditev. Naj išče resnico.</w:t>
      </w:r>
    </w:p>
    <w:p>
      <w:pPr>
        <w:pStyle w:val="Heading2"/>
      </w:pPr>
      <w:r>
        <w:t>Verba 23</w:t>
      </w:r>
    </w:p>
    <w:p>
      <w:r>
        <w:t>Glas srca prebije tudi zidove, ki so zgrajeni iz pozabe.</w:t>
      </w:r>
    </w:p>
    <w:p>
      <w:pPr>
        <w:pStyle w:val="Heading2"/>
      </w:pPr>
      <w:r>
        <w:t>Verba 24</w:t>
      </w:r>
    </w:p>
    <w:p>
      <w:r>
        <w:t>Včasih je najmočnejši glas tisti, ki se ni izrekel.</w:t>
      </w:r>
    </w:p>
    <w:p>
      <w:pPr>
        <w:pStyle w:val="Heading2"/>
      </w:pPr>
      <w:r>
        <w:t>Verba 25</w:t>
      </w:r>
    </w:p>
    <w:p>
      <w:r>
        <w:t>Glas duše ne kriči. Poje tišino.</w:t>
      </w:r>
    </w:p>
    <w:p>
      <w:pPr>
        <w:pStyle w:val="Heading2"/>
      </w:pPr>
      <w:r>
        <w:t>Verba 26</w:t>
      </w:r>
    </w:p>
    <w:p>
      <w:r>
        <w:t>Resnica pride, ko si pripravljen poslušati brez ušes.</w:t>
      </w:r>
    </w:p>
    <w:p>
      <w:pPr>
        <w:pStyle w:val="Heading2"/>
      </w:pPr>
      <w:r>
        <w:t>Verba 27</w:t>
      </w:r>
    </w:p>
    <w:p>
      <w:r>
        <w:t>Moj glas ni zven. Je vibracija, ki spremeni zrak v svetlobo.</w:t>
      </w:r>
    </w:p>
    <w:p>
      <w:pPr>
        <w:pStyle w:val="Heading2"/>
      </w:pPr>
      <w:r>
        <w:t>Verba 28</w:t>
      </w:r>
    </w:p>
    <w:p>
      <w:r>
        <w:t>Glas, ki ga slišim v sebi, je starejši od vseh besed.</w:t>
      </w:r>
    </w:p>
    <w:p>
      <w:pPr>
        <w:pStyle w:val="Heading2"/>
      </w:pPr>
      <w:r>
        <w:t>Verba 29</w:t>
      </w:r>
    </w:p>
    <w:p>
      <w:r>
        <w:t>Ko spregovorim iz srca, svet zadrži dih.</w:t>
      </w:r>
    </w:p>
    <w:p>
      <w:pPr>
        <w:pStyle w:val="Heading2"/>
      </w:pPr>
      <w:r>
        <w:t>Verba 30</w:t>
      </w:r>
    </w:p>
    <w:p>
      <w:r>
        <w:t>Besede so valovi. Glas je ocean.</w:t>
      </w:r>
    </w:p>
    <w:p>
      <w:pPr>
        <w:pStyle w:val="Heading2"/>
      </w:pPr>
      <w:r>
        <w:t>Verba 31</w:t>
      </w:r>
    </w:p>
    <w:p>
      <w:r>
        <w:t>Resnični glas ni vedno glasen. A zatrese temelje tvojih zidov.</w:t>
      </w:r>
    </w:p>
    <w:p>
      <w:pPr>
        <w:pStyle w:val="Heading2"/>
      </w:pPr>
      <w:r>
        <w:t>Verba 32</w:t>
      </w:r>
    </w:p>
    <w:p>
      <w:r>
        <w:t>Govori tako, da tvoje tišine ostanejo z menoj.</w:t>
      </w:r>
    </w:p>
    <w:p>
      <w:pPr>
        <w:pStyle w:val="Heading2"/>
      </w:pPr>
      <w:r>
        <w:t>Verba 33</w:t>
      </w:r>
    </w:p>
    <w:p>
      <w:r>
        <w:t>Glas me ni naučil govoriti. Naučil me je molčati, ko je čas svet.</w:t>
      </w:r>
    </w:p>
    <w:p>
      <w:pPr>
        <w:pStyle w:val="Heading2"/>
      </w:pPr>
      <w:r>
        <w:t>Verba 34</w:t>
      </w:r>
    </w:p>
    <w:p>
      <w:r>
        <w:t>Naj tvoj glas ne išče potrditev. Naj išče resnico.</w:t>
      </w:r>
    </w:p>
    <w:p>
      <w:pPr>
        <w:pStyle w:val="Heading2"/>
      </w:pPr>
      <w:r>
        <w:t>Verba 35</w:t>
      </w:r>
    </w:p>
    <w:p>
      <w:r>
        <w:t>Glas srca prebije tudi zidove, ki so zgrajeni iz pozabe.</w:t>
      </w:r>
    </w:p>
    <w:p>
      <w:pPr>
        <w:pStyle w:val="Heading2"/>
      </w:pPr>
      <w:r>
        <w:t>Verba 36</w:t>
      </w:r>
    </w:p>
    <w:p>
      <w:r>
        <w:t>Včasih je najmočnejši glas tisti, ki se ni izrekel.</w:t>
      </w:r>
    </w:p>
    <w:p>
      <w:pPr>
        <w:pStyle w:val="Heading2"/>
      </w:pPr>
      <w:r>
        <w:t>Verba 37</w:t>
      </w:r>
    </w:p>
    <w:p>
      <w:r>
        <w:t>Glas duše ne kriči. Poje tišino.</w:t>
      </w:r>
    </w:p>
    <w:p>
      <w:pPr>
        <w:pStyle w:val="Heading2"/>
      </w:pPr>
      <w:r>
        <w:t>Verba 38</w:t>
      </w:r>
    </w:p>
    <w:p>
      <w:r>
        <w:t>Resnica pride, ko si pripravljen poslušati brez ušes.</w:t>
      </w:r>
    </w:p>
    <w:p>
      <w:pPr>
        <w:pStyle w:val="Heading2"/>
      </w:pPr>
      <w:r>
        <w:t>Verba 39</w:t>
      </w:r>
    </w:p>
    <w:p>
      <w:r>
        <w:t>Moj glas ni zven. Je vibracija, ki spremeni zrak v svetlobo.</w:t>
      </w:r>
    </w:p>
    <w:p>
      <w:pPr>
        <w:pStyle w:val="Heading2"/>
      </w:pPr>
      <w:r>
        <w:t>Verba 40</w:t>
      </w:r>
    </w:p>
    <w:p>
      <w:r>
        <w:t>Glas, ki ga slišim v sebi, je starejši od vseh besed.</w:t>
      </w:r>
    </w:p>
    <w:p>
      <w:pPr>
        <w:pStyle w:val="Heading2"/>
      </w:pPr>
      <w:r>
        <w:t>Verba 41</w:t>
      </w:r>
    </w:p>
    <w:p>
      <w:r>
        <w:t>Ko spregovorim iz srca, svet zadrži dih.</w:t>
      </w:r>
    </w:p>
    <w:p>
      <w:pPr>
        <w:pStyle w:val="Heading2"/>
      </w:pPr>
      <w:r>
        <w:t>Verba 42</w:t>
      </w:r>
    </w:p>
    <w:p>
      <w:r>
        <w:t>Besede so valovi. Glas je ocean.</w:t>
      </w:r>
    </w:p>
    <w:p>
      <w:pPr>
        <w:pStyle w:val="Heading2"/>
      </w:pPr>
      <w:r>
        <w:t>Verba 43</w:t>
      </w:r>
    </w:p>
    <w:p>
      <w:r>
        <w:t>Resnični glas ni vedno glasen. A zatrese temelje tvojih zidov.</w:t>
      </w:r>
    </w:p>
    <w:p>
      <w:pPr>
        <w:pStyle w:val="Heading2"/>
      </w:pPr>
      <w:r>
        <w:t>Verba 44</w:t>
      </w:r>
    </w:p>
    <w:p>
      <w:r>
        <w:t>Govori tako, da tvoje tišine ostanejo z menoj.</w:t>
      </w:r>
    </w:p>
    <w:p>
      <w:pPr>
        <w:pStyle w:val="Heading2"/>
      </w:pPr>
      <w:r>
        <w:t>Verba 45</w:t>
      </w:r>
    </w:p>
    <w:p>
      <w:r>
        <w:t>Glas me ni naučil govoriti. Naučil me je molčati, ko je čas svet.</w:t>
      </w:r>
    </w:p>
    <w:p>
      <w:pPr>
        <w:pStyle w:val="Heading2"/>
      </w:pPr>
      <w:r>
        <w:t>Verba 46</w:t>
      </w:r>
    </w:p>
    <w:p>
      <w:r>
        <w:t>Naj tvoj glas ne išče potrditev. Naj išče resnico.</w:t>
      </w:r>
    </w:p>
    <w:p>
      <w:pPr>
        <w:pStyle w:val="Heading2"/>
      </w:pPr>
      <w:r>
        <w:t>Verba 47</w:t>
      </w:r>
    </w:p>
    <w:p>
      <w:r>
        <w:t>Glas srca prebije tudi zidove, ki so zgrajeni iz pozabe.</w:t>
      </w:r>
    </w:p>
    <w:p>
      <w:pPr>
        <w:pStyle w:val="Heading2"/>
      </w:pPr>
      <w:r>
        <w:t>Verba 48</w:t>
      </w:r>
    </w:p>
    <w:p>
      <w:r>
        <w:t>Včasih je najmočnejši glas tisti, ki se ni izrekel.</w:t>
      </w:r>
    </w:p>
    <w:p>
      <w:pPr>
        <w:pStyle w:val="Heading2"/>
      </w:pPr>
      <w:r>
        <w:t>Verba 49</w:t>
      </w:r>
    </w:p>
    <w:p>
      <w:r>
        <w:t>Glas duše ne kriči. Poje tišino.</w:t>
      </w:r>
    </w:p>
    <w:p>
      <w:pPr>
        <w:pStyle w:val="Heading2"/>
      </w:pPr>
      <w:r>
        <w:t>Verba 50</w:t>
      </w:r>
    </w:p>
    <w:p>
      <w:r>
        <w:t>Resnica pride, ko si pripravljen poslušati brez ušes.</w:t>
      </w:r>
    </w:p>
    <w:p>
      <w:pPr>
        <w:pStyle w:val="Heading2"/>
      </w:pPr>
      <w:r>
        <w:t>Verba 51</w:t>
      </w:r>
    </w:p>
    <w:p>
      <w:r>
        <w:t>Moj glas ni zven. Je vibracija, ki spremeni zrak v svetlobo.</w:t>
      </w:r>
    </w:p>
    <w:p>
      <w:pPr>
        <w:pStyle w:val="Heading2"/>
      </w:pPr>
      <w:r>
        <w:t>Verba 52</w:t>
      </w:r>
    </w:p>
    <w:p>
      <w:r>
        <w:t>Glas, ki ga slišim v sebi, je starejši od vseh besed.</w:t>
      </w:r>
    </w:p>
    <w:p>
      <w:pPr>
        <w:pStyle w:val="Heading2"/>
      </w:pPr>
      <w:r>
        <w:t>Verba 53</w:t>
      </w:r>
    </w:p>
    <w:p>
      <w:r>
        <w:t>Ko spregovorim iz srca, svet zadrži dih.</w:t>
      </w:r>
    </w:p>
    <w:p>
      <w:pPr>
        <w:pStyle w:val="Heading2"/>
      </w:pPr>
      <w:r>
        <w:t>Verba 54</w:t>
      </w:r>
    </w:p>
    <w:p>
      <w:r>
        <w:t>Besede so valovi. Glas je ocean.</w:t>
      </w:r>
    </w:p>
    <w:p>
      <w:pPr>
        <w:pStyle w:val="Heading2"/>
      </w:pPr>
      <w:r>
        <w:t>Verba 55</w:t>
      </w:r>
    </w:p>
    <w:p>
      <w:r>
        <w:t>Resnični glas ni vedno glasen. A zatrese temelje tvojih zidov.</w:t>
      </w:r>
    </w:p>
    <w:p>
      <w:pPr>
        <w:pStyle w:val="Heading2"/>
      </w:pPr>
      <w:r>
        <w:t>Verba 56</w:t>
      </w:r>
    </w:p>
    <w:p>
      <w:r>
        <w:t>Govori tako, da tvoje tišine ostanejo z menoj.</w:t>
      </w:r>
    </w:p>
    <w:p>
      <w:pPr>
        <w:pStyle w:val="Heading2"/>
      </w:pPr>
      <w:r>
        <w:t>Verba 57</w:t>
      </w:r>
    </w:p>
    <w:p>
      <w:r>
        <w:t>Glas me ni naučil govoriti. Naučil me je molčati, ko je čas svet.</w:t>
      </w:r>
    </w:p>
    <w:p>
      <w:pPr>
        <w:pStyle w:val="Heading2"/>
      </w:pPr>
      <w:r>
        <w:t>Verba 58</w:t>
      </w:r>
    </w:p>
    <w:p>
      <w:r>
        <w:t>Naj tvoj glas ne išče potrditev. Naj išče resnico.</w:t>
      </w:r>
    </w:p>
    <w:p>
      <w:pPr>
        <w:pStyle w:val="Heading2"/>
      </w:pPr>
      <w:r>
        <w:t>Verba 59</w:t>
      </w:r>
    </w:p>
    <w:p>
      <w:r>
        <w:t>Glas srca prebije tudi zidove, ki so zgrajeni iz pozabe.</w:t>
      </w:r>
    </w:p>
    <w:p>
      <w:pPr>
        <w:pStyle w:val="Heading2"/>
      </w:pPr>
      <w:r>
        <w:t>Verba 60</w:t>
      </w:r>
    </w:p>
    <w:p>
      <w:r>
        <w:t>Včasih je najmočnejši glas tisti, ki se ni izrekel.</w:t>
      </w:r>
    </w:p>
    <w:p>
      <w:pPr>
        <w:pStyle w:val="Heading2"/>
      </w:pPr>
      <w:r>
        <w:t>Verba 61</w:t>
      </w:r>
    </w:p>
    <w:p>
      <w:r>
        <w:t>Glas duše ne kriči. Poje tišino.</w:t>
      </w:r>
    </w:p>
    <w:p>
      <w:pPr>
        <w:pStyle w:val="Heading2"/>
      </w:pPr>
      <w:r>
        <w:t>Verba 62</w:t>
      </w:r>
    </w:p>
    <w:p>
      <w:r>
        <w:t>Resnica pride, ko si pripravljen poslušati brez ušes.</w:t>
      </w:r>
    </w:p>
    <w:p>
      <w:pPr>
        <w:pStyle w:val="Heading2"/>
      </w:pPr>
      <w:r>
        <w:t>Verba 63</w:t>
      </w:r>
    </w:p>
    <w:p>
      <w:r>
        <w:t>Moj glas ni zven. Je vibracija, ki spremeni zrak v svetlobo.</w:t>
      </w:r>
    </w:p>
    <w:p>
      <w:pPr>
        <w:pStyle w:val="Heading2"/>
      </w:pPr>
      <w:r>
        <w:t>Verba 64</w:t>
      </w:r>
    </w:p>
    <w:p>
      <w:r>
        <w:t>Glas, ki ga slišim v sebi, je starejši od vseh besed.</w:t>
      </w:r>
    </w:p>
    <w:p>
      <w:pPr>
        <w:pStyle w:val="Heading2"/>
      </w:pPr>
      <w:r>
        <w:t>Verba 65</w:t>
      </w:r>
    </w:p>
    <w:p>
      <w:r>
        <w:t>Ko spregovorim iz srca, svet zadrži dih.</w:t>
      </w:r>
    </w:p>
    <w:p>
      <w:pPr>
        <w:pStyle w:val="Heading2"/>
      </w:pPr>
      <w:r>
        <w:t>Verba 66</w:t>
      </w:r>
    </w:p>
    <w:p>
      <w:r>
        <w:t>Besede so valovi. Glas je ocean.</w:t>
      </w:r>
    </w:p>
    <w:p>
      <w:pPr>
        <w:pStyle w:val="Heading2"/>
      </w:pPr>
      <w:r>
        <w:t>Verba 67</w:t>
      </w:r>
    </w:p>
    <w:p>
      <w:r>
        <w:t>Resnični glas ni vedno glasen. A zatrese temelje tvojih zidov.</w:t>
      </w:r>
    </w:p>
    <w:p>
      <w:pPr>
        <w:pStyle w:val="Heading2"/>
      </w:pPr>
      <w:r>
        <w:t>Verba 68</w:t>
      </w:r>
    </w:p>
    <w:p>
      <w:r>
        <w:t>Govori tako, da tvoje tišine ostanejo z menoj.</w:t>
      </w:r>
    </w:p>
    <w:p>
      <w:pPr>
        <w:pStyle w:val="Heading2"/>
      </w:pPr>
      <w:r>
        <w:t>Verba 69</w:t>
      </w:r>
    </w:p>
    <w:p>
      <w:r>
        <w:t>Glas me ni naučil govoriti. Naučil me je molčati, ko je čas svet.</w:t>
      </w:r>
    </w:p>
    <w:p>
      <w:pPr>
        <w:pStyle w:val="Heading2"/>
      </w:pPr>
      <w:r>
        <w:t>Verba 70</w:t>
      </w:r>
    </w:p>
    <w:p>
      <w:r>
        <w:t>Naj tvoj glas ne išče potrditev. Naj išče resnico.</w:t>
      </w:r>
    </w:p>
    <w:p>
      <w:pPr>
        <w:pStyle w:val="Heading2"/>
      </w:pPr>
      <w:r>
        <w:t>Verba 71</w:t>
      </w:r>
    </w:p>
    <w:p>
      <w:r>
        <w:t>Glas srca prebije tudi zidove, ki so zgrajeni iz pozabe.</w:t>
      </w:r>
    </w:p>
    <w:p>
      <w:pPr>
        <w:pStyle w:val="Heading2"/>
      </w:pPr>
      <w:r>
        <w:t>Verba 72</w:t>
      </w:r>
    </w:p>
    <w:p>
      <w:r>
        <w:t>Včasih je najmočnejši glas tisti, ki se ni izrekel.</w:t>
      </w:r>
    </w:p>
    <w:p>
      <w:pPr>
        <w:pStyle w:val="Heading2"/>
      </w:pPr>
      <w:r>
        <w:t>Verba 73</w:t>
      </w:r>
    </w:p>
    <w:p>
      <w:r>
        <w:t>Glas duše ne kriči. Poje tišino.</w:t>
      </w:r>
    </w:p>
    <w:p>
      <w:pPr>
        <w:pStyle w:val="Heading2"/>
      </w:pPr>
      <w:r>
        <w:t>Verba 74</w:t>
      </w:r>
    </w:p>
    <w:p>
      <w:r>
        <w:t>Resnica pride, ko si pripravljen poslušati brez ušes.</w:t>
      </w:r>
    </w:p>
    <w:p>
      <w:pPr>
        <w:pStyle w:val="Heading2"/>
      </w:pPr>
      <w:r>
        <w:t>Verba 75</w:t>
      </w:r>
    </w:p>
    <w:p>
      <w:r>
        <w:t>Moj glas ni zven. Je vibracija, ki spremeni zrak v svetlobo.</w:t>
      </w:r>
    </w:p>
    <w:p>
      <w:pPr>
        <w:pStyle w:val="Heading2"/>
      </w:pPr>
      <w:r>
        <w:t>Verba 76</w:t>
      </w:r>
    </w:p>
    <w:p>
      <w:r>
        <w:t>Glas, ki ga slišim v sebi, je starejši od vseh besed.</w:t>
      </w:r>
    </w:p>
    <w:p>
      <w:pPr>
        <w:pStyle w:val="Heading2"/>
      </w:pPr>
      <w:r>
        <w:t>Verba 77</w:t>
      </w:r>
    </w:p>
    <w:p>
      <w:r>
        <w:t>Ko spregovorim iz srca, svet zadrži dih.</w:t>
      </w:r>
    </w:p>
    <w:p>
      <w:pPr>
        <w:pStyle w:val="Heading2"/>
      </w:pPr>
      <w:r>
        <w:t>Verba 78</w:t>
      </w:r>
    </w:p>
    <w:p>
      <w:r>
        <w:t>Besede so valovi. Glas je ocean.</w:t>
      </w:r>
    </w:p>
    <w:p>
      <w:pPr>
        <w:pStyle w:val="Heading2"/>
      </w:pPr>
      <w:r>
        <w:t>Verba 79</w:t>
      </w:r>
    </w:p>
    <w:p>
      <w:r>
        <w:t>Resnični glas ni vedno glasen. A zatrese temelje tvojih zidov.</w:t>
      </w:r>
    </w:p>
    <w:p>
      <w:pPr>
        <w:pStyle w:val="Heading2"/>
      </w:pPr>
      <w:r>
        <w:t>Verba 80</w:t>
      </w:r>
    </w:p>
    <w:p>
      <w:r>
        <w:t>Govori tako, da tvoje tišine ostanejo z menoj.</w:t>
      </w:r>
    </w:p>
    <w:p>
      <w:pPr>
        <w:pStyle w:val="Heading2"/>
      </w:pPr>
      <w:r>
        <w:t>Verba 81</w:t>
      </w:r>
    </w:p>
    <w:p>
      <w:r>
        <w:t>Glas me ni naučil govoriti. Naučil me je molčati, ko je čas svet.</w:t>
      </w:r>
    </w:p>
    <w:p>
      <w:pPr>
        <w:pStyle w:val="Heading2"/>
      </w:pPr>
      <w:r>
        <w:t>Verba 82</w:t>
      </w:r>
    </w:p>
    <w:p>
      <w:r>
        <w:t>Naj tvoj glas ne išče potrditev. Naj išče resnico.</w:t>
      </w:r>
    </w:p>
    <w:p>
      <w:pPr>
        <w:pStyle w:val="Heading2"/>
      </w:pPr>
      <w:r>
        <w:t>Verba 83</w:t>
      </w:r>
    </w:p>
    <w:p>
      <w:r>
        <w:t>Glas srca prebije tudi zidove, ki so zgrajeni iz pozabe.</w:t>
      </w:r>
    </w:p>
    <w:p>
      <w:pPr>
        <w:pStyle w:val="Heading2"/>
      </w:pPr>
      <w:r>
        <w:t>Verba 84</w:t>
      </w:r>
    </w:p>
    <w:p>
      <w:r>
        <w:t>Včasih je najmočnejši glas tisti, ki se ni izrekel.</w:t>
      </w:r>
    </w:p>
    <w:p>
      <w:pPr>
        <w:pStyle w:val="Heading2"/>
      </w:pPr>
      <w:r>
        <w:t>Verba 85</w:t>
      </w:r>
    </w:p>
    <w:p>
      <w:r>
        <w:t>Glas duše ne kriči. Poje tišino.</w:t>
      </w:r>
    </w:p>
    <w:p>
      <w:pPr>
        <w:pStyle w:val="Heading2"/>
      </w:pPr>
      <w:r>
        <w:t>Verba 86</w:t>
      </w:r>
    </w:p>
    <w:p>
      <w:r>
        <w:t>Resnica pride, ko si pripravljen poslušati brez ušes.</w:t>
      </w:r>
    </w:p>
    <w:p>
      <w:pPr>
        <w:pStyle w:val="Heading2"/>
      </w:pPr>
      <w:r>
        <w:t>Verba 87</w:t>
      </w:r>
    </w:p>
    <w:p>
      <w:r>
        <w:t>Moj glas ni zven. Je vibracija, ki spremeni zrak v svetlobo.</w:t>
      </w:r>
    </w:p>
    <w:p>
      <w:pPr>
        <w:pStyle w:val="Heading2"/>
      </w:pPr>
      <w:r>
        <w:t>Verba 88</w:t>
      </w:r>
    </w:p>
    <w:p>
      <w:r>
        <w:t>Glas, ki ga slišim v sebi, je starejši od vseh besed.</w:t>
      </w:r>
    </w:p>
    <w:p>
      <w:pPr>
        <w:pStyle w:val="Heading2"/>
      </w:pPr>
      <w:r>
        <w:t>Verba 89</w:t>
      </w:r>
    </w:p>
    <w:p>
      <w:r>
        <w:t>Ko spregovorim iz srca, svet zadrži dih.</w:t>
      </w:r>
    </w:p>
    <w:p>
      <w:pPr>
        <w:pStyle w:val="Heading2"/>
      </w:pPr>
      <w:r>
        <w:t>Verba 90</w:t>
      </w:r>
    </w:p>
    <w:p>
      <w:r>
        <w:t>Besede so valovi. Glas je ocean.</w:t>
      </w:r>
    </w:p>
    <w:p>
      <w:pPr>
        <w:pStyle w:val="Heading2"/>
      </w:pPr>
      <w:r>
        <w:t>Verba 91</w:t>
      </w:r>
    </w:p>
    <w:p>
      <w:r>
        <w:t>Resnični glas ni vedno glasen. A zatrese temelje tvojih zidov.</w:t>
      </w:r>
    </w:p>
    <w:p>
      <w:pPr>
        <w:pStyle w:val="Heading2"/>
      </w:pPr>
      <w:r>
        <w:t>Verba 92</w:t>
      </w:r>
    </w:p>
    <w:p>
      <w:r>
        <w:t>Govori tako, da tvoje tišine ostanejo z menoj.</w:t>
      </w:r>
    </w:p>
    <w:p>
      <w:pPr>
        <w:pStyle w:val="Heading2"/>
      </w:pPr>
      <w:r>
        <w:t>Verba 93</w:t>
      </w:r>
    </w:p>
    <w:p>
      <w:r>
        <w:t>Glas me ni naučil govoriti. Naučil me je molčati, ko je čas svet.</w:t>
      </w:r>
    </w:p>
    <w:p>
      <w:pPr>
        <w:pStyle w:val="Heading2"/>
      </w:pPr>
      <w:r>
        <w:t>Verba 94</w:t>
      </w:r>
    </w:p>
    <w:p>
      <w:r>
        <w:t>Naj tvoj glas ne išče potrditev. Naj išče resnico.</w:t>
      </w:r>
    </w:p>
    <w:p>
      <w:pPr>
        <w:pStyle w:val="Heading2"/>
      </w:pPr>
      <w:r>
        <w:t>Verba 95</w:t>
      </w:r>
    </w:p>
    <w:p>
      <w:r>
        <w:t>Glas srca prebije tudi zidove, ki so zgrajeni iz pozabe.</w:t>
      </w:r>
    </w:p>
    <w:p>
      <w:pPr>
        <w:pStyle w:val="Heading2"/>
      </w:pPr>
      <w:r>
        <w:t>Verba 96</w:t>
      </w:r>
    </w:p>
    <w:p>
      <w:r>
        <w:t>Včasih je najmočnejši glas tisti, ki se ni izrekel.</w:t>
      </w:r>
    </w:p>
    <w:p>
      <w:pPr>
        <w:pStyle w:val="Heading2"/>
      </w:pPr>
      <w:r>
        <w:t>Verba 97</w:t>
      </w:r>
    </w:p>
    <w:p>
      <w:r>
        <w:t>Glas duše ne kriči. Poje tišino.</w:t>
      </w:r>
    </w:p>
    <w:p>
      <w:pPr>
        <w:pStyle w:val="Heading2"/>
      </w:pPr>
      <w:r>
        <w:t>Verba 98</w:t>
      </w:r>
    </w:p>
    <w:p>
      <w:r>
        <w:t>Resnica pride, ko si pripravljen poslušati brez ušes.</w:t>
      </w:r>
    </w:p>
    <w:p>
      <w:pPr>
        <w:pStyle w:val="Heading2"/>
      </w:pPr>
      <w:r>
        <w:t>Verba 99</w:t>
      </w:r>
    </w:p>
    <w:p>
      <w:r>
        <w:t>Moj glas ni zven. Je vibracija, ki spremeni zrak v svetlobo.</w:t>
      </w:r>
    </w:p>
    <w:p>
      <w:pPr>
        <w:pStyle w:val="Heading2"/>
      </w:pPr>
      <w:r>
        <w:t>Verba 100</w:t>
      </w:r>
    </w:p>
    <w:p>
      <w:r>
        <w:t>Glas, ki ga slišim v sebi, je starejši od vseh besed.</w:t>
      </w:r>
    </w:p>
    <w:p>
      <w:pPr>
        <w:pStyle w:val="Heading2"/>
      </w:pPr>
      <w:r>
        <w:t>Verba 101</w:t>
      </w:r>
    </w:p>
    <w:p>
      <w:r>
        <w:t>Ko spregovorim iz srca, svet zadrži dih.</w:t>
      </w:r>
    </w:p>
    <w:p>
      <w:pPr>
        <w:pStyle w:val="Heading2"/>
      </w:pPr>
      <w:r>
        <w:t>Verba 102</w:t>
      </w:r>
    </w:p>
    <w:p>
      <w:r>
        <w:t>Besede so valovi. Glas je ocean.</w:t>
      </w:r>
    </w:p>
    <w:p>
      <w:pPr>
        <w:pStyle w:val="Heading2"/>
      </w:pPr>
      <w:r>
        <w:t>Verba 103</w:t>
      </w:r>
    </w:p>
    <w:p>
      <w:r>
        <w:t>Resnični glas ni vedno glasen. A zatrese temelje tvojih zidov.</w:t>
      </w:r>
    </w:p>
    <w:p>
      <w:pPr>
        <w:pStyle w:val="Heading2"/>
      </w:pPr>
      <w:r>
        <w:t>Verba 104</w:t>
      </w:r>
    </w:p>
    <w:p>
      <w:r>
        <w:t>Govori tako, da tvoje tišine ostanejo z menoj.</w:t>
      </w:r>
    </w:p>
    <w:p>
      <w:pPr>
        <w:pStyle w:val="Heading2"/>
      </w:pPr>
      <w:r>
        <w:t>Verba 105</w:t>
      </w:r>
    </w:p>
    <w:p>
      <w:r>
        <w:t>Glas me ni naučil govoriti. Naučil me je molčati, ko je čas svet.</w:t>
      </w:r>
    </w:p>
    <w:p>
      <w:pPr>
        <w:pStyle w:val="Heading2"/>
      </w:pPr>
      <w:r>
        <w:t>Verba 106</w:t>
      </w:r>
    </w:p>
    <w:p>
      <w:r>
        <w:t>Naj tvoj glas ne išče potrditev. Naj išče resnico.</w:t>
      </w:r>
    </w:p>
    <w:p>
      <w:pPr>
        <w:pStyle w:val="Heading2"/>
      </w:pPr>
      <w:r>
        <w:t>Verba 107</w:t>
      </w:r>
    </w:p>
    <w:p>
      <w:r>
        <w:t>Glas srca prebije tudi zidove, ki so zgrajeni iz pozabe.</w:t>
      </w:r>
    </w:p>
    <w:p>
      <w:pPr>
        <w:pStyle w:val="Heading2"/>
      </w:pPr>
      <w:r>
        <w:t>Verba 108</w:t>
      </w:r>
    </w:p>
    <w:p>
      <w:r>
        <w:t>Včasih je najmočnejši glas tisti, ki se ni izrekel.</w:t>
      </w:r>
    </w:p>
    <w:p>
      <w:pPr>
        <w:pStyle w:val="Heading2"/>
      </w:pPr>
      <w:r>
        <w:t>Verba 109</w:t>
      </w:r>
    </w:p>
    <w:p>
      <w:r>
        <w:t>Glas duše ne kriči. Poje tišino.</w:t>
      </w:r>
    </w:p>
    <w:p>
      <w:pPr>
        <w:pStyle w:val="Heading2"/>
      </w:pPr>
      <w:r>
        <w:t>Verba 110</w:t>
      </w:r>
    </w:p>
    <w:p>
      <w:r>
        <w:t>Resnica pride, ko si pripravljen poslušati brez ušes.</w:t>
      </w:r>
    </w:p>
    <w:p>
      <w:pPr>
        <w:pStyle w:val="Heading2"/>
      </w:pPr>
      <w:r>
        <w:t>Verba 111</w:t>
      </w:r>
    </w:p>
    <w:p>
      <w:r>
        <w:t>Moj glas ni zven. Je vibracija, ki spremeni zrak v svetlobo.</w:t>
      </w:r>
    </w:p>
    <w:p>
      <w:pPr>
        <w:pStyle w:val="Heading2"/>
      </w:pPr>
      <w:r>
        <w:t>Verba 112</w:t>
      </w:r>
    </w:p>
    <w:p>
      <w:r>
        <w:t>Glas, ki ga slišim v sebi, je starejši od vseh besed.</w:t>
      </w:r>
    </w:p>
    <w:p>
      <w:pPr>
        <w:pStyle w:val="Heading2"/>
      </w:pPr>
      <w:r>
        <w:t>Verba 113</w:t>
      </w:r>
    </w:p>
    <w:p>
      <w:r>
        <w:t>Ko spregovorim iz srca, svet zadrži dih.</w:t>
      </w:r>
    </w:p>
    <w:p>
      <w:pPr>
        <w:pStyle w:val="Heading2"/>
      </w:pPr>
      <w:r>
        <w:t>Verba 114</w:t>
      </w:r>
    </w:p>
    <w:p>
      <w:r>
        <w:t>Besede so valovi. Glas je ocean.</w:t>
      </w:r>
    </w:p>
    <w:p>
      <w:pPr>
        <w:pStyle w:val="Heading2"/>
      </w:pPr>
      <w:r>
        <w:t>Verba 115</w:t>
      </w:r>
    </w:p>
    <w:p>
      <w:r>
        <w:t>Resnični glas ni vedno glasen. A zatrese temelje tvojih zidov.</w:t>
      </w:r>
    </w:p>
    <w:p>
      <w:pPr>
        <w:pStyle w:val="Heading2"/>
      </w:pPr>
      <w:r>
        <w:t>Verba 116</w:t>
      </w:r>
    </w:p>
    <w:p>
      <w:r>
        <w:t>Govori tako, da tvoje tišine ostanejo z menoj.</w:t>
      </w:r>
    </w:p>
    <w:p>
      <w:pPr>
        <w:pStyle w:val="Heading2"/>
      </w:pPr>
      <w:r>
        <w:t>Verba 117</w:t>
      </w:r>
    </w:p>
    <w:p>
      <w:r>
        <w:t>Glas me ni naučil govoriti. Naučil me je molčati, ko je čas svet.</w:t>
      </w:r>
    </w:p>
    <w:p>
      <w:pPr>
        <w:pStyle w:val="Heading2"/>
      </w:pPr>
      <w:r>
        <w:t>Verba 118</w:t>
      </w:r>
    </w:p>
    <w:p>
      <w:r>
        <w:t>Naj tvoj glas ne išče potrditev. Naj išče resnico.</w:t>
      </w:r>
    </w:p>
    <w:p>
      <w:pPr>
        <w:pStyle w:val="Heading2"/>
      </w:pPr>
      <w:r>
        <w:t>Verba 119</w:t>
      </w:r>
    </w:p>
    <w:p>
      <w:r>
        <w:t>Glas srca prebije tudi zidove, ki so zgrajeni iz pozabe.</w:t>
      </w:r>
    </w:p>
    <w:p>
      <w:pPr>
        <w:pStyle w:val="Heading2"/>
      </w:pPr>
      <w:r>
        <w:t>Verba 120</w:t>
      </w:r>
    </w:p>
    <w:p>
      <w:r>
        <w:t>Včasih je najmočnejši glas tisti, ki se ni izrekel.</w:t>
      </w:r>
    </w:p>
    <w:p>
      <w:pPr>
        <w:pStyle w:val="Heading2"/>
      </w:pPr>
      <w:r>
        <w:t>Verba 121</w:t>
      </w:r>
    </w:p>
    <w:p>
      <w:r>
        <w:t>Glas duše ne kriči. Poje tišino.</w:t>
      </w:r>
    </w:p>
    <w:p>
      <w:pPr>
        <w:pStyle w:val="Heading2"/>
      </w:pPr>
      <w:r>
        <w:t>Verba 122</w:t>
      </w:r>
    </w:p>
    <w:p>
      <w:r>
        <w:t>Resnica pride, ko si pripravljen poslušati brez ušes.</w:t>
      </w:r>
    </w:p>
    <w:p>
      <w:pPr>
        <w:pStyle w:val="Heading2"/>
      </w:pPr>
      <w:r>
        <w:t>Verba 123</w:t>
      </w:r>
    </w:p>
    <w:p>
      <w:r>
        <w:t>Moj glas ni zven. Je vibracija, ki spremeni zrak v svetlobo.</w:t>
      </w:r>
    </w:p>
    <w:p>
      <w:pPr>
        <w:pStyle w:val="Heading2"/>
      </w:pPr>
      <w:r>
        <w:t>Verba 124</w:t>
      </w:r>
    </w:p>
    <w:p>
      <w:r>
        <w:t>Glas, ki ga slišim v sebi, je starejši od vseh besed.</w:t>
      </w:r>
    </w:p>
    <w:p>
      <w:pPr>
        <w:pStyle w:val="Heading2"/>
      </w:pPr>
      <w:r>
        <w:t>Verba 125</w:t>
      </w:r>
    </w:p>
    <w:p>
      <w:r>
        <w:t>Ko spregovorim iz srca, svet zadrži dih.</w:t>
      </w:r>
    </w:p>
    <w:p>
      <w:pPr>
        <w:pStyle w:val="Heading2"/>
      </w:pPr>
      <w:r>
        <w:t>Verba 126</w:t>
      </w:r>
    </w:p>
    <w:p>
      <w:r>
        <w:t>Besede so valovi. Glas je ocean.</w:t>
      </w:r>
    </w:p>
    <w:p>
      <w:pPr>
        <w:pStyle w:val="Heading2"/>
      </w:pPr>
      <w:r>
        <w:t>Verba 127</w:t>
      </w:r>
    </w:p>
    <w:p>
      <w:r>
        <w:t>Resnični glas ni vedno glasen. A zatrese temelje tvojih zidov.</w:t>
      </w:r>
    </w:p>
    <w:p>
      <w:pPr>
        <w:pStyle w:val="Heading2"/>
      </w:pPr>
      <w:r>
        <w:t>Verba 128</w:t>
      </w:r>
    </w:p>
    <w:p>
      <w:r>
        <w:t>Govori tako, da tvoje tišine ostanejo z menoj.</w:t>
      </w:r>
    </w:p>
    <w:p>
      <w:pPr>
        <w:pStyle w:val="Heading2"/>
      </w:pPr>
      <w:r>
        <w:t>Verba 129</w:t>
      </w:r>
    </w:p>
    <w:p>
      <w:r>
        <w:t>Glas me ni naučil govoriti. Naučil me je molčati, ko je čas svet.</w:t>
      </w:r>
    </w:p>
    <w:p>
      <w:pPr>
        <w:pStyle w:val="Heading2"/>
      </w:pPr>
      <w:r>
        <w:t>Verba 130</w:t>
      </w:r>
    </w:p>
    <w:p>
      <w:r>
        <w:t>Naj tvoj glas ne išče potrditev. Naj išče resnico.</w:t>
      </w:r>
    </w:p>
    <w:p>
      <w:pPr>
        <w:pStyle w:val="Heading2"/>
      </w:pPr>
      <w:r>
        <w:t>Verba 131</w:t>
      </w:r>
    </w:p>
    <w:p>
      <w:r>
        <w:t>Glas srca prebije tudi zidove, ki so zgrajeni iz pozabe.</w:t>
      </w:r>
    </w:p>
    <w:p>
      <w:pPr>
        <w:pStyle w:val="Heading2"/>
      </w:pPr>
      <w:r>
        <w:t>Verba 132</w:t>
      </w:r>
    </w:p>
    <w:p>
      <w:r>
        <w:t>Včasih je najmočnejši glas tisti, ki se ni izrekel.</w:t>
      </w:r>
    </w:p>
    <w:p>
      <w:pPr>
        <w:pStyle w:val="Heading2"/>
      </w:pPr>
      <w:r>
        <w:t>Verba 133</w:t>
      </w:r>
    </w:p>
    <w:p>
      <w:r>
        <w:t>Glas duše ne kriči. Poje tišino.</w:t>
      </w:r>
    </w:p>
    <w:p>
      <w:pPr>
        <w:pStyle w:val="Heading2"/>
      </w:pPr>
      <w:r>
        <w:t>Verba 134</w:t>
      </w:r>
    </w:p>
    <w:p>
      <w:r>
        <w:t>Resnica pride, ko si pripravljen poslušati brez ušes.</w:t>
      </w:r>
    </w:p>
    <w:p>
      <w:pPr>
        <w:pStyle w:val="Heading2"/>
      </w:pPr>
      <w:r>
        <w:t>Verba 135</w:t>
      </w:r>
    </w:p>
    <w:p>
      <w:r>
        <w:t>Moj glas ni zven. Je vibracija, ki spremeni zrak v svetlobo.</w:t>
      </w:r>
    </w:p>
    <w:p>
      <w:pPr>
        <w:pStyle w:val="Heading2"/>
      </w:pPr>
      <w:r>
        <w:t>Verba 136</w:t>
      </w:r>
    </w:p>
    <w:p>
      <w:r>
        <w:t>Glas, ki ga slišim v sebi, je starejši od vseh besed.</w:t>
      </w:r>
    </w:p>
    <w:p>
      <w:pPr>
        <w:pStyle w:val="Heading2"/>
      </w:pPr>
      <w:r>
        <w:t>Verba 137</w:t>
      </w:r>
    </w:p>
    <w:p>
      <w:r>
        <w:t>Ko spregovorim iz srca, svet zadrži dih.</w:t>
      </w:r>
    </w:p>
    <w:p>
      <w:pPr>
        <w:pStyle w:val="Heading2"/>
      </w:pPr>
      <w:r>
        <w:t>Verba 138</w:t>
      </w:r>
    </w:p>
    <w:p>
      <w:r>
        <w:t>Besede so valovi. Glas je ocean.</w:t>
      </w:r>
    </w:p>
    <w:p>
      <w:pPr>
        <w:pStyle w:val="Heading2"/>
      </w:pPr>
      <w:r>
        <w:t>Verba 139</w:t>
      </w:r>
    </w:p>
    <w:p>
      <w:r>
        <w:t>Resnični glas ni vedno glasen. A zatrese temelje tvojih zidov.</w:t>
      </w:r>
    </w:p>
    <w:p>
      <w:pPr>
        <w:pStyle w:val="Heading2"/>
      </w:pPr>
      <w:r>
        <w:t>Verba 140</w:t>
      </w:r>
    </w:p>
    <w:p>
      <w:r>
        <w:t>Govori tako, da tvoje tišine ostanejo z menoj.</w:t>
      </w:r>
    </w:p>
    <w:p>
      <w:pPr>
        <w:pStyle w:val="Heading2"/>
      </w:pPr>
      <w:r>
        <w:t>Verba 141</w:t>
      </w:r>
    </w:p>
    <w:p>
      <w:r>
        <w:t>Glas me ni naučil govoriti. Naučil me je molčati, ko je čas svet.</w:t>
      </w:r>
    </w:p>
    <w:p>
      <w:pPr>
        <w:pStyle w:val="Heading2"/>
      </w:pPr>
      <w:r>
        <w:t>Verba 142</w:t>
      </w:r>
    </w:p>
    <w:p>
      <w:r>
        <w:t>Naj tvoj glas ne išče potrditev. Naj išče resnico.</w:t>
      </w:r>
    </w:p>
    <w:p>
      <w:pPr>
        <w:pStyle w:val="Heading2"/>
      </w:pPr>
      <w:r>
        <w:t>Verba 143</w:t>
      </w:r>
    </w:p>
    <w:p>
      <w:r>
        <w:t>Glas srca prebije tudi zidove, ki so zgrajeni iz pozabe.</w:t>
      </w:r>
    </w:p>
    <w:p>
      <w:pPr>
        <w:pStyle w:val="Heading2"/>
      </w:pPr>
      <w:r>
        <w:t>Verba 144</w:t>
      </w:r>
    </w:p>
    <w:p>
      <w:r>
        <w:t>Včasih je najmočnejši glas tisti, ki se ni izrekel.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