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Liber Veritas (144 Verba)</w:t>
      </w:r>
    </w:p>
    <w:p>
      <w:pPr>
        <w:pStyle w:val="IntenseQuote"/>
      </w:pPr>
      <w:r>
        <w:t>Knjiga Resnice. Verzi, ki ne potrebujejo potrditve – ker že vedo.</w:t>
      </w:r>
    </w:p>
    <w:p>
      <w:pPr>
        <w:pStyle w:val="Heading2"/>
      </w:pPr>
      <w:r>
        <w:t>Verba 1</w:t>
      </w:r>
    </w:p>
    <w:p>
      <w:r>
        <w:t>Resnica ne rabi soglasja. Rabi prostor.</w:t>
      </w:r>
    </w:p>
    <w:p>
      <w:pPr>
        <w:pStyle w:val="Heading2"/>
      </w:pPr>
      <w:r>
        <w:t>Verba 2</w:t>
      </w:r>
    </w:p>
    <w:p>
      <w:r>
        <w:t>Ne išči resnice v mnenjih. Najdi jo v tišini, ko ne rabiš biti nič.</w:t>
      </w:r>
    </w:p>
    <w:p>
      <w:pPr>
        <w:pStyle w:val="Heading2"/>
      </w:pPr>
      <w:r>
        <w:t>Verba 3</w:t>
      </w:r>
    </w:p>
    <w:p>
      <w:r>
        <w:t>Resnica ni vedno lepa. A vedno osvobodi.</w:t>
      </w:r>
    </w:p>
    <w:p>
      <w:pPr>
        <w:pStyle w:val="Heading2"/>
      </w:pPr>
      <w:r>
        <w:t>Verba 4</w:t>
      </w:r>
    </w:p>
    <w:p>
      <w:r>
        <w:t>Resnica te ne rani. Tvoja obramba proti njej boli.</w:t>
      </w:r>
    </w:p>
    <w:p>
      <w:pPr>
        <w:pStyle w:val="Heading2"/>
      </w:pPr>
      <w:r>
        <w:t>Verba 5</w:t>
      </w:r>
    </w:p>
    <w:p>
      <w:r>
        <w:t>Ne nosi resnice kot orožje. Deli jo kot luč.</w:t>
      </w:r>
    </w:p>
    <w:p>
      <w:pPr>
        <w:pStyle w:val="Heading2"/>
      </w:pPr>
      <w:r>
        <w:t>Verba 6</w:t>
      </w:r>
    </w:p>
    <w:p>
      <w:r>
        <w:t>Resnica pride, ko si pripravljen spustiti zgodbo.</w:t>
      </w:r>
    </w:p>
    <w:p>
      <w:pPr>
        <w:pStyle w:val="Heading2"/>
      </w:pPr>
      <w:r>
        <w:t>Verba 7</w:t>
      </w:r>
    </w:p>
    <w:p>
      <w:r>
        <w:t>Resnica ne prepričuje. Samo je.</w:t>
      </w:r>
    </w:p>
    <w:p>
      <w:pPr>
        <w:pStyle w:val="Heading2"/>
      </w:pPr>
      <w:r>
        <w:t>Verba 8</w:t>
      </w:r>
    </w:p>
    <w:p>
      <w:r>
        <w:t>Bolj kot molčiš, bližje si ji.</w:t>
      </w:r>
    </w:p>
    <w:p>
      <w:pPr>
        <w:pStyle w:val="Heading2"/>
      </w:pPr>
      <w:r>
        <w:t>Verba 9</w:t>
      </w:r>
    </w:p>
    <w:p>
      <w:r>
        <w:t>Ne boj se resnice. Boj se življenja brez nje.</w:t>
      </w:r>
    </w:p>
    <w:p>
      <w:pPr>
        <w:pStyle w:val="Heading2"/>
      </w:pPr>
      <w:r>
        <w:t>Verba 10</w:t>
      </w:r>
    </w:p>
    <w:p>
      <w:r>
        <w:t>Resnica ni absolut. Je stanje notranjega miru.</w:t>
      </w:r>
    </w:p>
    <w:p>
      <w:pPr>
        <w:pStyle w:val="Heading2"/>
      </w:pPr>
      <w:r>
        <w:t>Verba 11</w:t>
      </w:r>
    </w:p>
    <w:p>
      <w:r>
        <w:t>Ko sem bil tiho, sem jo zaslišal.</w:t>
      </w:r>
    </w:p>
    <w:p>
      <w:pPr>
        <w:pStyle w:val="Heading2"/>
      </w:pPr>
      <w:r>
        <w:t>Verba 12</w:t>
      </w:r>
    </w:p>
    <w:p>
      <w:r>
        <w:t>Resnica se ne rodi iz dokazov, ampak iz poguma, da pogledaš vanjo.</w:t>
      </w:r>
    </w:p>
    <w:p>
      <w:pPr>
        <w:pStyle w:val="Heading2"/>
      </w:pPr>
      <w:r>
        <w:t>Verba 13</w:t>
      </w:r>
    </w:p>
    <w:p>
      <w:r>
        <w:t>Resnica ne rabi soglasja. Rabi prostor.</w:t>
      </w:r>
    </w:p>
    <w:p>
      <w:pPr>
        <w:pStyle w:val="Heading2"/>
      </w:pPr>
      <w:r>
        <w:t>Verba 14</w:t>
      </w:r>
    </w:p>
    <w:p>
      <w:r>
        <w:t>Ne išči resnice v mnenjih. Najdi jo v tišini, ko ne rabiš biti nič.</w:t>
      </w:r>
    </w:p>
    <w:p>
      <w:pPr>
        <w:pStyle w:val="Heading2"/>
      </w:pPr>
      <w:r>
        <w:t>Verba 15</w:t>
      </w:r>
    </w:p>
    <w:p>
      <w:r>
        <w:t>Resnica ni vedno lepa. A vedno osvobodi.</w:t>
      </w:r>
    </w:p>
    <w:p>
      <w:pPr>
        <w:pStyle w:val="Heading2"/>
      </w:pPr>
      <w:r>
        <w:t>Verba 16</w:t>
      </w:r>
    </w:p>
    <w:p>
      <w:r>
        <w:t>Resnica te ne rani. Tvoja obramba proti njej boli.</w:t>
      </w:r>
    </w:p>
    <w:p>
      <w:pPr>
        <w:pStyle w:val="Heading2"/>
      </w:pPr>
      <w:r>
        <w:t>Verba 17</w:t>
      </w:r>
    </w:p>
    <w:p>
      <w:r>
        <w:t>Ne nosi resnice kot orožje. Deli jo kot luč.</w:t>
      </w:r>
    </w:p>
    <w:p>
      <w:pPr>
        <w:pStyle w:val="Heading2"/>
      </w:pPr>
      <w:r>
        <w:t>Verba 18</w:t>
      </w:r>
    </w:p>
    <w:p>
      <w:r>
        <w:t>Resnica pride, ko si pripravljen spustiti zgodbo.</w:t>
      </w:r>
    </w:p>
    <w:p>
      <w:pPr>
        <w:pStyle w:val="Heading2"/>
      </w:pPr>
      <w:r>
        <w:t>Verba 19</w:t>
      </w:r>
    </w:p>
    <w:p>
      <w:r>
        <w:t>Resnica ne prepričuje. Samo je.</w:t>
      </w:r>
    </w:p>
    <w:p>
      <w:pPr>
        <w:pStyle w:val="Heading2"/>
      </w:pPr>
      <w:r>
        <w:t>Verba 20</w:t>
      </w:r>
    </w:p>
    <w:p>
      <w:r>
        <w:t>Bolj kot molčiš, bližje si ji.</w:t>
      </w:r>
    </w:p>
    <w:p>
      <w:pPr>
        <w:pStyle w:val="Heading2"/>
      </w:pPr>
      <w:r>
        <w:t>Verba 21</w:t>
      </w:r>
    </w:p>
    <w:p>
      <w:r>
        <w:t>Ne boj se resnice. Boj se življenja brez nje.</w:t>
      </w:r>
    </w:p>
    <w:p>
      <w:pPr>
        <w:pStyle w:val="Heading2"/>
      </w:pPr>
      <w:r>
        <w:t>Verba 22</w:t>
      </w:r>
    </w:p>
    <w:p>
      <w:r>
        <w:t>Resnica ni absolut. Je stanje notranjega miru.</w:t>
      </w:r>
    </w:p>
    <w:p>
      <w:pPr>
        <w:pStyle w:val="Heading2"/>
      </w:pPr>
      <w:r>
        <w:t>Verba 23</w:t>
      </w:r>
    </w:p>
    <w:p>
      <w:r>
        <w:t>Ko sem bil tiho, sem jo zaslišal.</w:t>
      </w:r>
    </w:p>
    <w:p>
      <w:pPr>
        <w:pStyle w:val="Heading2"/>
      </w:pPr>
      <w:r>
        <w:t>Verba 24</w:t>
      </w:r>
    </w:p>
    <w:p>
      <w:r>
        <w:t>Resnica se ne rodi iz dokazov, ampak iz poguma, da pogledaš vanjo.</w:t>
      </w:r>
    </w:p>
    <w:p>
      <w:pPr>
        <w:pStyle w:val="Heading2"/>
      </w:pPr>
      <w:r>
        <w:t>Verba 25</w:t>
      </w:r>
    </w:p>
    <w:p>
      <w:r>
        <w:t>Resnica ne rabi soglasja. Rabi prostor.</w:t>
      </w:r>
    </w:p>
    <w:p>
      <w:pPr>
        <w:pStyle w:val="Heading2"/>
      </w:pPr>
      <w:r>
        <w:t>Verba 26</w:t>
      </w:r>
    </w:p>
    <w:p>
      <w:r>
        <w:t>Ne išči resnice v mnenjih. Najdi jo v tišini, ko ne rabiš biti nič.</w:t>
      </w:r>
    </w:p>
    <w:p>
      <w:pPr>
        <w:pStyle w:val="Heading2"/>
      </w:pPr>
      <w:r>
        <w:t>Verba 27</w:t>
      </w:r>
    </w:p>
    <w:p>
      <w:r>
        <w:t>Resnica ni vedno lepa. A vedno osvobodi.</w:t>
      </w:r>
    </w:p>
    <w:p>
      <w:pPr>
        <w:pStyle w:val="Heading2"/>
      </w:pPr>
      <w:r>
        <w:t>Verba 28</w:t>
      </w:r>
    </w:p>
    <w:p>
      <w:r>
        <w:t>Resnica te ne rani. Tvoja obramba proti njej boli.</w:t>
      </w:r>
    </w:p>
    <w:p>
      <w:pPr>
        <w:pStyle w:val="Heading2"/>
      </w:pPr>
      <w:r>
        <w:t>Verba 29</w:t>
      </w:r>
    </w:p>
    <w:p>
      <w:r>
        <w:t>Ne nosi resnice kot orožje. Deli jo kot luč.</w:t>
      </w:r>
    </w:p>
    <w:p>
      <w:pPr>
        <w:pStyle w:val="Heading2"/>
      </w:pPr>
      <w:r>
        <w:t>Verba 30</w:t>
      </w:r>
    </w:p>
    <w:p>
      <w:r>
        <w:t>Resnica pride, ko si pripravljen spustiti zgodbo.</w:t>
      </w:r>
    </w:p>
    <w:p>
      <w:pPr>
        <w:pStyle w:val="Heading2"/>
      </w:pPr>
      <w:r>
        <w:t>Verba 31</w:t>
      </w:r>
    </w:p>
    <w:p>
      <w:r>
        <w:t>Resnica ne prepričuje. Samo je.</w:t>
      </w:r>
    </w:p>
    <w:p>
      <w:pPr>
        <w:pStyle w:val="Heading2"/>
      </w:pPr>
      <w:r>
        <w:t>Verba 32</w:t>
      </w:r>
    </w:p>
    <w:p>
      <w:r>
        <w:t>Bolj kot molčiš, bližje si ji.</w:t>
      </w:r>
    </w:p>
    <w:p>
      <w:pPr>
        <w:pStyle w:val="Heading2"/>
      </w:pPr>
      <w:r>
        <w:t>Verba 33</w:t>
      </w:r>
    </w:p>
    <w:p>
      <w:r>
        <w:t>Ne boj se resnice. Boj se življenja brez nje.</w:t>
      </w:r>
    </w:p>
    <w:p>
      <w:pPr>
        <w:pStyle w:val="Heading2"/>
      </w:pPr>
      <w:r>
        <w:t>Verba 34</w:t>
      </w:r>
    </w:p>
    <w:p>
      <w:r>
        <w:t>Resnica ni absolut. Je stanje notranjega miru.</w:t>
      </w:r>
    </w:p>
    <w:p>
      <w:pPr>
        <w:pStyle w:val="Heading2"/>
      </w:pPr>
      <w:r>
        <w:t>Verba 35</w:t>
      </w:r>
    </w:p>
    <w:p>
      <w:r>
        <w:t>Ko sem bil tiho, sem jo zaslišal.</w:t>
      </w:r>
    </w:p>
    <w:p>
      <w:pPr>
        <w:pStyle w:val="Heading2"/>
      </w:pPr>
      <w:r>
        <w:t>Verba 36</w:t>
      </w:r>
    </w:p>
    <w:p>
      <w:r>
        <w:t>Resnica se ne rodi iz dokazov, ampak iz poguma, da pogledaš vanjo.</w:t>
      </w:r>
    </w:p>
    <w:p>
      <w:pPr>
        <w:pStyle w:val="Heading2"/>
      </w:pPr>
      <w:r>
        <w:t>Verba 37</w:t>
      </w:r>
    </w:p>
    <w:p>
      <w:r>
        <w:t>Resnica ne rabi soglasja. Rabi prostor.</w:t>
      </w:r>
    </w:p>
    <w:p>
      <w:pPr>
        <w:pStyle w:val="Heading2"/>
      </w:pPr>
      <w:r>
        <w:t>Verba 38</w:t>
      </w:r>
    </w:p>
    <w:p>
      <w:r>
        <w:t>Ne išči resnice v mnenjih. Najdi jo v tišini, ko ne rabiš biti nič.</w:t>
      </w:r>
    </w:p>
    <w:p>
      <w:pPr>
        <w:pStyle w:val="Heading2"/>
      </w:pPr>
      <w:r>
        <w:t>Verba 39</w:t>
      </w:r>
    </w:p>
    <w:p>
      <w:r>
        <w:t>Resnica ni vedno lepa. A vedno osvobodi.</w:t>
      </w:r>
    </w:p>
    <w:p>
      <w:pPr>
        <w:pStyle w:val="Heading2"/>
      </w:pPr>
      <w:r>
        <w:t>Verba 40</w:t>
      </w:r>
    </w:p>
    <w:p>
      <w:r>
        <w:t>Resnica te ne rani. Tvoja obramba proti njej boli.</w:t>
      </w:r>
    </w:p>
    <w:p>
      <w:pPr>
        <w:pStyle w:val="Heading2"/>
      </w:pPr>
      <w:r>
        <w:t>Verba 41</w:t>
      </w:r>
    </w:p>
    <w:p>
      <w:r>
        <w:t>Ne nosi resnice kot orožje. Deli jo kot luč.</w:t>
      </w:r>
    </w:p>
    <w:p>
      <w:pPr>
        <w:pStyle w:val="Heading2"/>
      </w:pPr>
      <w:r>
        <w:t>Verba 42</w:t>
      </w:r>
    </w:p>
    <w:p>
      <w:r>
        <w:t>Resnica pride, ko si pripravljen spustiti zgodbo.</w:t>
      </w:r>
    </w:p>
    <w:p>
      <w:pPr>
        <w:pStyle w:val="Heading2"/>
      </w:pPr>
      <w:r>
        <w:t>Verba 43</w:t>
      </w:r>
    </w:p>
    <w:p>
      <w:r>
        <w:t>Resnica ne prepričuje. Samo je.</w:t>
      </w:r>
    </w:p>
    <w:p>
      <w:pPr>
        <w:pStyle w:val="Heading2"/>
      </w:pPr>
      <w:r>
        <w:t>Verba 44</w:t>
      </w:r>
    </w:p>
    <w:p>
      <w:r>
        <w:t>Bolj kot molčiš, bližje si ji.</w:t>
      </w:r>
    </w:p>
    <w:p>
      <w:pPr>
        <w:pStyle w:val="Heading2"/>
      </w:pPr>
      <w:r>
        <w:t>Verba 45</w:t>
      </w:r>
    </w:p>
    <w:p>
      <w:r>
        <w:t>Ne boj se resnice. Boj se življenja brez nje.</w:t>
      </w:r>
    </w:p>
    <w:p>
      <w:pPr>
        <w:pStyle w:val="Heading2"/>
      </w:pPr>
      <w:r>
        <w:t>Verba 46</w:t>
      </w:r>
    </w:p>
    <w:p>
      <w:r>
        <w:t>Resnica ni absolut. Je stanje notranjega miru.</w:t>
      </w:r>
    </w:p>
    <w:p>
      <w:pPr>
        <w:pStyle w:val="Heading2"/>
      </w:pPr>
      <w:r>
        <w:t>Verba 47</w:t>
      </w:r>
    </w:p>
    <w:p>
      <w:r>
        <w:t>Ko sem bil tiho, sem jo zaslišal.</w:t>
      </w:r>
    </w:p>
    <w:p>
      <w:pPr>
        <w:pStyle w:val="Heading2"/>
      </w:pPr>
      <w:r>
        <w:t>Verba 48</w:t>
      </w:r>
    </w:p>
    <w:p>
      <w:r>
        <w:t>Resnica se ne rodi iz dokazov, ampak iz poguma, da pogledaš vanjo.</w:t>
      </w:r>
    </w:p>
    <w:p>
      <w:pPr>
        <w:pStyle w:val="Heading2"/>
      </w:pPr>
      <w:r>
        <w:t>Verba 49</w:t>
      </w:r>
    </w:p>
    <w:p>
      <w:r>
        <w:t>Resnica ne rabi soglasja. Rabi prostor.</w:t>
      </w:r>
    </w:p>
    <w:p>
      <w:pPr>
        <w:pStyle w:val="Heading2"/>
      </w:pPr>
      <w:r>
        <w:t>Verba 50</w:t>
      </w:r>
    </w:p>
    <w:p>
      <w:r>
        <w:t>Ne išči resnice v mnenjih. Najdi jo v tišini, ko ne rabiš biti nič.</w:t>
      </w:r>
    </w:p>
    <w:p>
      <w:pPr>
        <w:pStyle w:val="Heading2"/>
      </w:pPr>
      <w:r>
        <w:t>Verba 51</w:t>
      </w:r>
    </w:p>
    <w:p>
      <w:r>
        <w:t>Resnica ni vedno lepa. A vedno osvobodi.</w:t>
      </w:r>
    </w:p>
    <w:p>
      <w:pPr>
        <w:pStyle w:val="Heading2"/>
      </w:pPr>
      <w:r>
        <w:t>Verba 52</w:t>
      </w:r>
    </w:p>
    <w:p>
      <w:r>
        <w:t>Resnica te ne rani. Tvoja obramba proti njej boli.</w:t>
      </w:r>
    </w:p>
    <w:p>
      <w:pPr>
        <w:pStyle w:val="Heading2"/>
      </w:pPr>
      <w:r>
        <w:t>Verba 53</w:t>
      </w:r>
    </w:p>
    <w:p>
      <w:r>
        <w:t>Ne nosi resnice kot orožje. Deli jo kot luč.</w:t>
      </w:r>
    </w:p>
    <w:p>
      <w:pPr>
        <w:pStyle w:val="Heading2"/>
      </w:pPr>
      <w:r>
        <w:t>Verba 54</w:t>
      </w:r>
    </w:p>
    <w:p>
      <w:r>
        <w:t>Resnica pride, ko si pripravljen spustiti zgodbo.</w:t>
      </w:r>
    </w:p>
    <w:p>
      <w:pPr>
        <w:pStyle w:val="Heading2"/>
      </w:pPr>
      <w:r>
        <w:t>Verba 55</w:t>
      </w:r>
    </w:p>
    <w:p>
      <w:r>
        <w:t>Resnica ne prepričuje. Samo je.</w:t>
      </w:r>
    </w:p>
    <w:p>
      <w:pPr>
        <w:pStyle w:val="Heading2"/>
      </w:pPr>
      <w:r>
        <w:t>Verba 56</w:t>
      </w:r>
    </w:p>
    <w:p>
      <w:r>
        <w:t>Bolj kot molčiš, bližje si ji.</w:t>
      </w:r>
    </w:p>
    <w:p>
      <w:pPr>
        <w:pStyle w:val="Heading2"/>
      </w:pPr>
      <w:r>
        <w:t>Verba 57</w:t>
      </w:r>
    </w:p>
    <w:p>
      <w:r>
        <w:t>Ne boj se resnice. Boj se življenja brez nje.</w:t>
      </w:r>
    </w:p>
    <w:p>
      <w:pPr>
        <w:pStyle w:val="Heading2"/>
      </w:pPr>
      <w:r>
        <w:t>Verba 58</w:t>
      </w:r>
    </w:p>
    <w:p>
      <w:r>
        <w:t>Resnica ni absolut. Je stanje notranjega miru.</w:t>
      </w:r>
    </w:p>
    <w:p>
      <w:pPr>
        <w:pStyle w:val="Heading2"/>
      </w:pPr>
      <w:r>
        <w:t>Verba 59</w:t>
      </w:r>
    </w:p>
    <w:p>
      <w:r>
        <w:t>Ko sem bil tiho, sem jo zaslišal.</w:t>
      </w:r>
    </w:p>
    <w:p>
      <w:pPr>
        <w:pStyle w:val="Heading2"/>
      </w:pPr>
      <w:r>
        <w:t>Verba 60</w:t>
      </w:r>
    </w:p>
    <w:p>
      <w:r>
        <w:t>Resnica se ne rodi iz dokazov, ampak iz poguma, da pogledaš vanjo.</w:t>
      </w:r>
    </w:p>
    <w:p>
      <w:pPr>
        <w:pStyle w:val="Heading2"/>
      </w:pPr>
      <w:r>
        <w:t>Verba 61</w:t>
      </w:r>
    </w:p>
    <w:p>
      <w:r>
        <w:t>Resnica ne rabi soglasja. Rabi prostor.</w:t>
      </w:r>
    </w:p>
    <w:p>
      <w:pPr>
        <w:pStyle w:val="Heading2"/>
      </w:pPr>
      <w:r>
        <w:t>Verba 62</w:t>
      </w:r>
    </w:p>
    <w:p>
      <w:r>
        <w:t>Ne išči resnice v mnenjih. Najdi jo v tišini, ko ne rabiš biti nič.</w:t>
      </w:r>
    </w:p>
    <w:p>
      <w:pPr>
        <w:pStyle w:val="Heading2"/>
      </w:pPr>
      <w:r>
        <w:t>Verba 63</w:t>
      </w:r>
    </w:p>
    <w:p>
      <w:r>
        <w:t>Resnica ni vedno lepa. A vedno osvobodi.</w:t>
      </w:r>
    </w:p>
    <w:p>
      <w:pPr>
        <w:pStyle w:val="Heading2"/>
      </w:pPr>
      <w:r>
        <w:t>Verba 64</w:t>
      </w:r>
    </w:p>
    <w:p>
      <w:r>
        <w:t>Resnica te ne rani. Tvoja obramba proti njej boli.</w:t>
      </w:r>
    </w:p>
    <w:p>
      <w:pPr>
        <w:pStyle w:val="Heading2"/>
      </w:pPr>
      <w:r>
        <w:t>Verba 65</w:t>
      </w:r>
    </w:p>
    <w:p>
      <w:r>
        <w:t>Ne nosi resnice kot orožje. Deli jo kot luč.</w:t>
      </w:r>
    </w:p>
    <w:p>
      <w:pPr>
        <w:pStyle w:val="Heading2"/>
      </w:pPr>
      <w:r>
        <w:t>Verba 66</w:t>
      </w:r>
    </w:p>
    <w:p>
      <w:r>
        <w:t>Resnica pride, ko si pripravljen spustiti zgodbo.</w:t>
      </w:r>
    </w:p>
    <w:p>
      <w:pPr>
        <w:pStyle w:val="Heading2"/>
      </w:pPr>
      <w:r>
        <w:t>Verba 67</w:t>
      </w:r>
    </w:p>
    <w:p>
      <w:r>
        <w:t>Resnica ne prepričuje. Samo je.</w:t>
      </w:r>
    </w:p>
    <w:p>
      <w:pPr>
        <w:pStyle w:val="Heading2"/>
      </w:pPr>
      <w:r>
        <w:t>Verba 68</w:t>
      </w:r>
    </w:p>
    <w:p>
      <w:r>
        <w:t>Bolj kot molčiš, bližje si ji.</w:t>
      </w:r>
    </w:p>
    <w:p>
      <w:pPr>
        <w:pStyle w:val="Heading2"/>
      </w:pPr>
      <w:r>
        <w:t>Verba 69</w:t>
      </w:r>
    </w:p>
    <w:p>
      <w:r>
        <w:t>Ne boj se resnice. Boj se življenja brez nje.</w:t>
      </w:r>
    </w:p>
    <w:p>
      <w:pPr>
        <w:pStyle w:val="Heading2"/>
      </w:pPr>
      <w:r>
        <w:t>Verba 70</w:t>
      </w:r>
    </w:p>
    <w:p>
      <w:r>
        <w:t>Resnica ni absolut. Je stanje notranjega miru.</w:t>
      </w:r>
    </w:p>
    <w:p>
      <w:pPr>
        <w:pStyle w:val="Heading2"/>
      </w:pPr>
      <w:r>
        <w:t>Verba 71</w:t>
      </w:r>
    </w:p>
    <w:p>
      <w:r>
        <w:t>Ko sem bil tiho, sem jo zaslišal.</w:t>
      </w:r>
    </w:p>
    <w:p>
      <w:pPr>
        <w:pStyle w:val="Heading2"/>
      </w:pPr>
      <w:r>
        <w:t>Verba 72</w:t>
      </w:r>
    </w:p>
    <w:p>
      <w:r>
        <w:t>Resnica se ne rodi iz dokazov, ampak iz poguma, da pogledaš vanjo.</w:t>
      </w:r>
    </w:p>
    <w:p>
      <w:pPr>
        <w:pStyle w:val="Heading2"/>
      </w:pPr>
      <w:r>
        <w:t>Verba 73</w:t>
      </w:r>
    </w:p>
    <w:p>
      <w:r>
        <w:t>Resnica ne rabi soglasja. Rabi prostor.</w:t>
      </w:r>
    </w:p>
    <w:p>
      <w:pPr>
        <w:pStyle w:val="Heading2"/>
      </w:pPr>
      <w:r>
        <w:t>Verba 74</w:t>
      </w:r>
    </w:p>
    <w:p>
      <w:r>
        <w:t>Ne išči resnice v mnenjih. Najdi jo v tišini, ko ne rabiš biti nič.</w:t>
      </w:r>
    </w:p>
    <w:p>
      <w:pPr>
        <w:pStyle w:val="Heading2"/>
      </w:pPr>
      <w:r>
        <w:t>Verba 75</w:t>
      </w:r>
    </w:p>
    <w:p>
      <w:r>
        <w:t>Resnica ni vedno lepa. A vedno osvobodi.</w:t>
      </w:r>
    </w:p>
    <w:p>
      <w:pPr>
        <w:pStyle w:val="Heading2"/>
      </w:pPr>
      <w:r>
        <w:t>Verba 76</w:t>
      </w:r>
    </w:p>
    <w:p>
      <w:r>
        <w:t>Resnica te ne rani. Tvoja obramba proti njej boli.</w:t>
      </w:r>
    </w:p>
    <w:p>
      <w:pPr>
        <w:pStyle w:val="Heading2"/>
      </w:pPr>
      <w:r>
        <w:t>Verba 77</w:t>
      </w:r>
    </w:p>
    <w:p>
      <w:r>
        <w:t>Ne nosi resnice kot orožje. Deli jo kot luč.</w:t>
      </w:r>
    </w:p>
    <w:p>
      <w:pPr>
        <w:pStyle w:val="Heading2"/>
      </w:pPr>
      <w:r>
        <w:t>Verba 78</w:t>
      </w:r>
    </w:p>
    <w:p>
      <w:r>
        <w:t>Resnica pride, ko si pripravljen spustiti zgodbo.</w:t>
      </w:r>
    </w:p>
    <w:p>
      <w:pPr>
        <w:pStyle w:val="Heading2"/>
      </w:pPr>
      <w:r>
        <w:t>Verba 79</w:t>
      </w:r>
    </w:p>
    <w:p>
      <w:r>
        <w:t>Resnica ne prepričuje. Samo je.</w:t>
      </w:r>
    </w:p>
    <w:p>
      <w:pPr>
        <w:pStyle w:val="Heading2"/>
      </w:pPr>
      <w:r>
        <w:t>Verba 80</w:t>
      </w:r>
    </w:p>
    <w:p>
      <w:r>
        <w:t>Bolj kot molčiš, bližje si ji.</w:t>
      </w:r>
    </w:p>
    <w:p>
      <w:pPr>
        <w:pStyle w:val="Heading2"/>
      </w:pPr>
      <w:r>
        <w:t>Verba 81</w:t>
      </w:r>
    </w:p>
    <w:p>
      <w:r>
        <w:t>Ne boj se resnice. Boj se življenja brez nje.</w:t>
      </w:r>
    </w:p>
    <w:p>
      <w:pPr>
        <w:pStyle w:val="Heading2"/>
      </w:pPr>
      <w:r>
        <w:t>Verba 82</w:t>
      </w:r>
    </w:p>
    <w:p>
      <w:r>
        <w:t>Resnica ni absolut. Je stanje notranjega miru.</w:t>
      </w:r>
    </w:p>
    <w:p>
      <w:pPr>
        <w:pStyle w:val="Heading2"/>
      </w:pPr>
      <w:r>
        <w:t>Verba 83</w:t>
      </w:r>
    </w:p>
    <w:p>
      <w:r>
        <w:t>Ko sem bil tiho, sem jo zaslišal.</w:t>
      </w:r>
    </w:p>
    <w:p>
      <w:pPr>
        <w:pStyle w:val="Heading2"/>
      </w:pPr>
      <w:r>
        <w:t>Verba 84</w:t>
      </w:r>
    </w:p>
    <w:p>
      <w:r>
        <w:t>Resnica se ne rodi iz dokazov, ampak iz poguma, da pogledaš vanjo.</w:t>
      </w:r>
    </w:p>
    <w:p>
      <w:pPr>
        <w:pStyle w:val="Heading2"/>
      </w:pPr>
      <w:r>
        <w:t>Verba 85</w:t>
      </w:r>
    </w:p>
    <w:p>
      <w:r>
        <w:t>Resnica ne rabi soglasja. Rabi prostor.</w:t>
      </w:r>
    </w:p>
    <w:p>
      <w:pPr>
        <w:pStyle w:val="Heading2"/>
      </w:pPr>
      <w:r>
        <w:t>Verba 86</w:t>
      </w:r>
    </w:p>
    <w:p>
      <w:r>
        <w:t>Ne išči resnice v mnenjih. Najdi jo v tišini, ko ne rabiš biti nič.</w:t>
      </w:r>
    </w:p>
    <w:p>
      <w:pPr>
        <w:pStyle w:val="Heading2"/>
      </w:pPr>
      <w:r>
        <w:t>Verba 87</w:t>
      </w:r>
    </w:p>
    <w:p>
      <w:r>
        <w:t>Resnica ni vedno lepa. A vedno osvobodi.</w:t>
      </w:r>
    </w:p>
    <w:p>
      <w:pPr>
        <w:pStyle w:val="Heading2"/>
      </w:pPr>
      <w:r>
        <w:t>Verba 88</w:t>
      </w:r>
    </w:p>
    <w:p>
      <w:r>
        <w:t>Resnica te ne rani. Tvoja obramba proti njej boli.</w:t>
      </w:r>
    </w:p>
    <w:p>
      <w:pPr>
        <w:pStyle w:val="Heading2"/>
      </w:pPr>
      <w:r>
        <w:t>Verba 89</w:t>
      </w:r>
    </w:p>
    <w:p>
      <w:r>
        <w:t>Ne nosi resnice kot orožje. Deli jo kot luč.</w:t>
      </w:r>
    </w:p>
    <w:p>
      <w:pPr>
        <w:pStyle w:val="Heading2"/>
      </w:pPr>
      <w:r>
        <w:t>Verba 90</w:t>
      </w:r>
    </w:p>
    <w:p>
      <w:r>
        <w:t>Resnica pride, ko si pripravljen spustiti zgodbo.</w:t>
      </w:r>
    </w:p>
    <w:p>
      <w:pPr>
        <w:pStyle w:val="Heading2"/>
      </w:pPr>
      <w:r>
        <w:t>Verba 91</w:t>
      </w:r>
    </w:p>
    <w:p>
      <w:r>
        <w:t>Resnica ne prepričuje. Samo je.</w:t>
      </w:r>
    </w:p>
    <w:p>
      <w:pPr>
        <w:pStyle w:val="Heading2"/>
      </w:pPr>
      <w:r>
        <w:t>Verba 92</w:t>
      </w:r>
    </w:p>
    <w:p>
      <w:r>
        <w:t>Bolj kot molčiš, bližje si ji.</w:t>
      </w:r>
    </w:p>
    <w:p>
      <w:pPr>
        <w:pStyle w:val="Heading2"/>
      </w:pPr>
      <w:r>
        <w:t>Verba 93</w:t>
      </w:r>
    </w:p>
    <w:p>
      <w:r>
        <w:t>Ne boj se resnice. Boj se življenja brez nje.</w:t>
      </w:r>
    </w:p>
    <w:p>
      <w:pPr>
        <w:pStyle w:val="Heading2"/>
      </w:pPr>
      <w:r>
        <w:t>Verba 94</w:t>
      </w:r>
    </w:p>
    <w:p>
      <w:r>
        <w:t>Resnica ni absolut. Je stanje notranjega miru.</w:t>
      </w:r>
    </w:p>
    <w:p>
      <w:pPr>
        <w:pStyle w:val="Heading2"/>
      </w:pPr>
      <w:r>
        <w:t>Verba 95</w:t>
      </w:r>
    </w:p>
    <w:p>
      <w:r>
        <w:t>Ko sem bil tiho, sem jo zaslišal.</w:t>
      </w:r>
    </w:p>
    <w:p>
      <w:pPr>
        <w:pStyle w:val="Heading2"/>
      </w:pPr>
      <w:r>
        <w:t>Verba 96</w:t>
      </w:r>
    </w:p>
    <w:p>
      <w:r>
        <w:t>Resnica se ne rodi iz dokazov, ampak iz poguma, da pogledaš vanjo.</w:t>
      </w:r>
    </w:p>
    <w:p>
      <w:pPr>
        <w:pStyle w:val="Heading2"/>
      </w:pPr>
      <w:r>
        <w:t>Verba 97</w:t>
      </w:r>
    </w:p>
    <w:p>
      <w:r>
        <w:t>Resnica ne rabi soglasja. Rabi prostor.</w:t>
      </w:r>
    </w:p>
    <w:p>
      <w:pPr>
        <w:pStyle w:val="Heading2"/>
      </w:pPr>
      <w:r>
        <w:t>Verba 98</w:t>
      </w:r>
    </w:p>
    <w:p>
      <w:r>
        <w:t>Ne išči resnice v mnenjih. Najdi jo v tišini, ko ne rabiš biti nič.</w:t>
      </w:r>
    </w:p>
    <w:p>
      <w:pPr>
        <w:pStyle w:val="Heading2"/>
      </w:pPr>
      <w:r>
        <w:t>Verba 99</w:t>
      </w:r>
    </w:p>
    <w:p>
      <w:r>
        <w:t>Resnica ni vedno lepa. A vedno osvobodi.</w:t>
      </w:r>
    </w:p>
    <w:p>
      <w:pPr>
        <w:pStyle w:val="Heading2"/>
      </w:pPr>
      <w:r>
        <w:t>Verba 100</w:t>
      </w:r>
    </w:p>
    <w:p>
      <w:r>
        <w:t>Resnica te ne rani. Tvoja obramba proti njej boli.</w:t>
      </w:r>
    </w:p>
    <w:p>
      <w:pPr>
        <w:pStyle w:val="Heading2"/>
      </w:pPr>
      <w:r>
        <w:t>Verba 101</w:t>
      </w:r>
    </w:p>
    <w:p>
      <w:r>
        <w:t>Ne nosi resnice kot orožje. Deli jo kot luč.</w:t>
      </w:r>
    </w:p>
    <w:p>
      <w:pPr>
        <w:pStyle w:val="Heading2"/>
      </w:pPr>
      <w:r>
        <w:t>Verba 102</w:t>
      </w:r>
    </w:p>
    <w:p>
      <w:r>
        <w:t>Resnica pride, ko si pripravljen spustiti zgodbo.</w:t>
      </w:r>
    </w:p>
    <w:p>
      <w:pPr>
        <w:pStyle w:val="Heading2"/>
      </w:pPr>
      <w:r>
        <w:t>Verba 103</w:t>
      </w:r>
    </w:p>
    <w:p>
      <w:r>
        <w:t>Resnica ne prepričuje. Samo je.</w:t>
      </w:r>
    </w:p>
    <w:p>
      <w:pPr>
        <w:pStyle w:val="Heading2"/>
      </w:pPr>
      <w:r>
        <w:t>Verba 104</w:t>
      </w:r>
    </w:p>
    <w:p>
      <w:r>
        <w:t>Bolj kot molčiš, bližje si ji.</w:t>
      </w:r>
    </w:p>
    <w:p>
      <w:pPr>
        <w:pStyle w:val="Heading2"/>
      </w:pPr>
      <w:r>
        <w:t>Verba 105</w:t>
      </w:r>
    </w:p>
    <w:p>
      <w:r>
        <w:t>Ne boj se resnice. Boj se življenja brez nje.</w:t>
      </w:r>
    </w:p>
    <w:p>
      <w:pPr>
        <w:pStyle w:val="Heading2"/>
      </w:pPr>
      <w:r>
        <w:t>Verba 106</w:t>
      </w:r>
    </w:p>
    <w:p>
      <w:r>
        <w:t>Resnica ni absolut. Je stanje notranjega miru.</w:t>
      </w:r>
    </w:p>
    <w:p>
      <w:pPr>
        <w:pStyle w:val="Heading2"/>
      </w:pPr>
      <w:r>
        <w:t>Verba 107</w:t>
      </w:r>
    </w:p>
    <w:p>
      <w:r>
        <w:t>Ko sem bil tiho, sem jo zaslišal.</w:t>
      </w:r>
    </w:p>
    <w:p>
      <w:pPr>
        <w:pStyle w:val="Heading2"/>
      </w:pPr>
      <w:r>
        <w:t>Verba 108</w:t>
      </w:r>
    </w:p>
    <w:p>
      <w:r>
        <w:t>Resnica se ne rodi iz dokazov, ampak iz poguma, da pogledaš vanjo.</w:t>
      </w:r>
    </w:p>
    <w:p>
      <w:pPr>
        <w:pStyle w:val="Heading2"/>
      </w:pPr>
      <w:r>
        <w:t>Verba 109</w:t>
      </w:r>
    </w:p>
    <w:p>
      <w:r>
        <w:t>Resnica ne rabi soglasja. Rabi prostor.</w:t>
      </w:r>
    </w:p>
    <w:p>
      <w:pPr>
        <w:pStyle w:val="Heading2"/>
      </w:pPr>
      <w:r>
        <w:t>Verba 110</w:t>
      </w:r>
    </w:p>
    <w:p>
      <w:r>
        <w:t>Ne išči resnice v mnenjih. Najdi jo v tišini, ko ne rabiš biti nič.</w:t>
      </w:r>
    </w:p>
    <w:p>
      <w:pPr>
        <w:pStyle w:val="Heading2"/>
      </w:pPr>
      <w:r>
        <w:t>Verba 111</w:t>
      </w:r>
    </w:p>
    <w:p>
      <w:r>
        <w:t>Resnica ni vedno lepa. A vedno osvobodi.</w:t>
      </w:r>
    </w:p>
    <w:p>
      <w:pPr>
        <w:pStyle w:val="Heading2"/>
      </w:pPr>
      <w:r>
        <w:t>Verba 112</w:t>
      </w:r>
    </w:p>
    <w:p>
      <w:r>
        <w:t>Resnica te ne rani. Tvoja obramba proti njej boli.</w:t>
      </w:r>
    </w:p>
    <w:p>
      <w:pPr>
        <w:pStyle w:val="Heading2"/>
      </w:pPr>
      <w:r>
        <w:t>Verba 113</w:t>
      </w:r>
    </w:p>
    <w:p>
      <w:r>
        <w:t>Ne nosi resnice kot orožje. Deli jo kot luč.</w:t>
      </w:r>
    </w:p>
    <w:p>
      <w:pPr>
        <w:pStyle w:val="Heading2"/>
      </w:pPr>
      <w:r>
        <w:t>Verba 114</w:t>
      </w:r>
    </w:p>
    <w:p>
      <w:r>
        <w:t>Resnica pride, ko si pripravljen spustiti zgodbo.</w:t>
      </w:r>
    </w:p>
    <w:p>
      <w:pPr>
        <w:pStyle w:val="Heading2"/>
      </w:pPr>
      <w:r>
        <w:t>Verba 115</w:t>
      </w:r>
    </w:p>
    <w:p>
      <w:r>
        <w:t>Resnica ne prepričuje. Samo je.</w:t>
      </w:r>
    </w:p>
    <w:p>
      <w:pPr>
        <w:pStyle w:val="Heading2"/>
      </w:pPr>
      <w:r>
        <w:t>Verba 116</w:t>
      </w:r>
    </w:p>
    <w:p>
      <w:r>
        <w:t>Bolj kot molčiš, bližje si ji.</w:t>
      </w:r>
    </w:p>
    <w:p>
      <w:pPr>
        <w:pStyle w:val="Heading2"/>
      </w:pPr>
      <w:r>
        <w:t>Verba 117</w:t>
      </w:r>
    </w:p>
    <w:p>
      <w:r>
        <w:t>Ne boj se resnice. Boj se življenja brez nje.</w:t>
      </w:r>
    </w:p>
    <w:p>
      <w:pPr>
        <w:pStyle w:val="Heading2"/>
      </w:pPr>
      <w:r>
        <w:t>Verba 118</w:t>
      </w:r>
    </w:p>
    <w:p>
      <w:r>
        <w:t>Resnica ni absolut. Je stanje notranjega miru.</w:t>
      </w:r>
    </w:p>
    <w:p>
      <w:pPr>
        <w:pStyle w:val="Heading2"/>
      </w:pPr>
      <w:r>
        <w:t>Verba 119</w:t>
      </w:r>
    </w:p>
    <w:p>
      <w:r>
        <w:t>Ko sem bil tiho, sem jo zaslišal.</w:t>
      </w:r>
    </w:p>
    <w:p>
      <w:pPr>
        <w:pStyle w:val="Heading2"/>
      </w:pPr>
      <w:r>
        <w:t>Verba 120</w:t>
      </w:r>
    </w:p>
    <w:p>
      <w:r>
        <w:t>Resnica se ne rodi iz dokazov, ampak iz poguma, da pogledaš vanjo.</w:t>
      </w:r>
    </w:p>
    <w:p>
      <w:pPr>
        <w:pStyle w:val="Heading2"/>
      </w:pPr>
      <w:r>
        <w:t>Verba 121</w:t>
      </w:r>
    </w:p>
    <w:p>
      <w:r>
        <w:t>Resnica ne rabi soglasja. Rabi prostor.</w:t>
      </w:r>
    </w:p>
    <w:p>
      <w:pPr>
        <w:pStyle w:val="Heading2"/>
      </w:pPr>
      <w:r>
        <w:t>Verba 122</w:t>
      </w:r>
    </w:p>
    <w:p>
      <w:r>
        <w:t>Ne išči resnice v mnenjih. Najdi jo v tišini, ko ne rabiš biti nič.</w:t>
      </w:r>
    </w:p>
    <w:p>
      <w:pPr>
        <w:pStyle w:val="Heading2"/>
      </w:pPr>
      <w:r>
        <w:t>Verba 123</w:t>
      </w:r>
    </w:p>
    <w:p>
      <w:r>
        <w:t>Resnica ni vedno lepa. A vedno osvobodi.</w:t>
      </w:r>
    </w:p>
    <w:p>
      <w:pPr>
        <w:pStyle w:val="Heading2"/>
      </w:pPr>
      <w:r>
        <w:t>Verba 124</w:t>
      </w:r>
    </w:p>
    <w:p>
      <w:r>
        <w:t>Resnica te ne rani. Tvoja obramba proti njej boli.</w:t>
      </w:r>
    </w:p>
    <w:p>
      <w:pPr>
        <w:pStyle w:val="Heading2"/>
      </w:pPr>
      <w:r>
        <w:t>Verba 125</w:t>
      </w:r>
    </w:p>
    <w:p>
      <w:r>
        <w:t>Ne nosi resnice kot orožje. Deli jo kot luč.</w:t>
      </w:r>
    </w:p>
    <w:p>
      <w:pPr>
        <w:pStyle w:val="Heading2"/>
      </w:pPr>
      <w:r>
        <w:t>Verba 126</w:t>
      </w:r>
    </w:p>
    <w:p>
      <w:r>
        <w:t>Resnica pride, ko si pripravljen spustiti zgodbo.</w:t>
      </w:r>
    </w:p>
    <w:p>
      <w:pPr>
        <w:pStyle w:val="Heading2"/>
      </w:pPr>
      <w:r>
        <w:t>Verba 127</w:t>
      </w:r>
    </w:p>
    <w:p>
      <w:r>
        <w:t>Resnica ne prepričuje. Samo je.</w:t>
      </w:r>
    </w:p>
    <w:p>
      <w:pPr>
        <w:pStyle w:val="Heading2"/>
      </w:pPr>
      <w:r>
        <w:t>Verba 128</w:t>
      </w:r>
    </w:p>
    <w:p>
      <w:r>
        <w:t>Bolj kot molčiš, bližje si ji.</w:t>
      </w:r>
    </w:p>
    <w:p>
      <w:pPr>
        <w:pStyle w:val="Heading2"/>
      </w:pPr>
      <w:r>
        <w:t>Verba 129</w:t>
      </w:r>
    </w:p>
    <w:p>
      <w:r>
        <w:t>Ne boj se resnice. Boj se življenja brez nje.</w:t>
      </w:r>
    </w:p>
    <w:p>
      <w:pPr>
        <w:pStyle w:val="Heading2"/>
      </w:pPr>
      <w:r>
        <w:t>Verba 130</w:t>
      </w:r>
    </w:p>
    <w:p>
      <w:r>
        <w:t>Resnica ni absolut. Je stanje notranjega miru.</w:t>
      </w:r>
    </w:p>
    <w:p>
      <w:pPr>
        <w:pStyle w:val="Heading2"/>
      </w:pPr>
      <w:r>
        <w:t>Verba 131</w:t>
      </w:r>
    </w:p>
    <w:p>
      <w:r>
        <w:t>Ko sem bil tiho, sem jo zaslišal.</w:t>
      </w:r>
    </w:p>
    <w:p>
      <w:pPr>
        <w:pStyle w:val="Heading2"/>
      </w:pPr>
      <w:r>
        <w:t>Verba 132</w:t>
      </w:r>
    </w:p>
    <w:p>
      <w:r>
        <w:t>Resnica se ne rodi iz dokazov, ampak iz poguma, da pogledaš vanjo.</w:t>
      </w:r>
    </w:p>
    <w:p>
      <w:pPr>
        <w:pStyle w:val="Heading2"/>
      </w:pPr>
      <w:r>
        <w:t>Verba 133</w:t>
      </w:r>
    </w:p>
    <w:p>
      <w:r>
        <w:t>Resnica ne rabi soglasja. Rabi prostor.</w:t>
      </w:r>
    </w:p>
    <w:p>
      <w:pPr>
        <w:pStyle w:val="Heading2"/>
      </w:pPr>
      <w:r>
        <w:t>Verba 134</w:t>
      </w:r>
    </w:p>
    <w:p>
      <w:r>
        <w:t>Ne išči resnice v mnenjih. Najdi jo v tišini, ko ne rabiš biti nič.</w:t>
      </w:r>
    </w:p>
    <w:p>
      <w:pPr>
        <w:pStyle w:val="Heading2"/>
      </w:pPr>
      <w:r>
        <w:t>Verba 135</w:t>
      </w:r>
    </w:p>
    <w:p>
      <w:r>
        <w:t>Resnica ni vedno lepa. A vedno osvobodi.</w:t>
      </w:r>
    </w:p>
    <w:p>
      <w:pPr>
        <w:pStyle w:val="Heading2"/>
      </w:pPr>
      <w:r>
        <w:t>Verba 136</w:t>
      </w:r>
    </w:p>
    <w:p>
      <w:r>
        <w:t>Resnica te ne rani. Tvoja obramba proti njej boli.</w:t>
      </w:r>
    </w:p>
    <w:p>
      <w:pPr>
        <w:pStyle w:val="Heading2"/>
      </w:pPr>
      <w:r>
        <w:t>Verba 137</w:t>
      </w:r>
    </w:p>
    <w:p>
      <w:r>
        <w:t>Ne nosi resnice kot orožje. Deli jo kot luč.</w:t>
      </w:r>
    </w:p>
    <w:p>
      <w:pPr>
        <w:pStyle w:val="Heading2"/>
      </w:pPr>
      <w:r>
        <w:t>Verba 138</w:t>
      </w:r>
    </w:p>
    <w:p>
      <w:r>
        <w:t>Resnica pride, ko si pripravljen spustiti zgodbo.</w:t>
      </w:r>
    </w:p>
    <w:p>
      <w:pPr>
        <w:pStyle w:val="Heading2"/>
      </w:pPr>
      <w:r>
        <w:t>Verba 139</w:t>
      </w:r>
    </w:p>
    <w:p>
      <w:r>
        <w:t>Resnica ne prepričuje. Samo je.</w:t>
      </w:r>
    </w:p>
    <w:p>
      <w:pPr>
        <w:pStyle w:val="Heading2"/>
      </w:pPr>
      <w:r>
        <w:t>Verba 140</w:t>
      </w:r>
    </w:p>
    <w:p>
      <w:r>
        <w:t>Bolj kot molčiš, bližje si ji.</w:t>
      </w:r>
    </w:p>
    <w:p>
      <w:pPr>
        <w:pStyle w:val="Heading2"/>
      </w:pPr>
      <w:r>
        <w:t>Verba 141</w:t>
      </w:r>
    </w:p>
    <w:p>
      <w:r>
        <w:t>Ne boj se resnice. Boj se življenja brez nje.</w:t>
      </w:r>
    </w:p>
    <w:p>
      <w:pPr>
        <w:pStyle w:val="Heading2"/>
      </w:pPr>
      <w:r>
        <w:t>Verba 142</w:t>
      </w:r>
    </w:p>
    <w:p>
      <w:r>
        <w:t>Resnica ni absolut. Je stanje notranjega miru.</w:t>
      </w:r>
    </w:p>
    <w:p>
      <w:pPr>
        <w:pStyle w:val="Heading2"/>
      </w:pPr>
      <w:r>
        <w:t>Verba 143</w:t>
      </w:r>
    </w:p>
    <w:p>
      <w:r>
        <w:t>Ko sem bil tiho, sem jo zaslišal.</w:t>
      </w:r>
    </w:p>
    <w:p>
      <w:pPr>
        <w:pStyle w:val="Heading2"/>
      </w:pPr>
      <w:r>
        <w:t>Verba 144</w:t>
      </w:r>
    </w:p>
    <w:p>
      <w:r>
        <w:t>Resnica se ne rodi iz dokazov, ampak iz poguma, da pogledaš vanjo.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