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Codex Damiris – Liber Umbrae (144 Verba)</w:t>
      </w:r>
    </w:p>
    <w:p>
      <w:pPr>
        <w:pStyle w:val="IntenseQuote"/>
      </w:pPr>
      <w:r>
        <w:t>Knjiga Sence. Verzi, ki ti šepetajo resnico iz teme in te opominjajo, da si svetloba.</w:t>
      </w:r>
    </w:p>
    <w:p>
      <w:pPr>
        <w:pStyle w:val="Heading2"/>
      </w:pPr>
      <w:r>
        <w:t>Verba 1</w:t>
      </w:r>
    </w:p>
    <w:p>
      <w:r>
        <w:t>Lahko nakazuje **notranjo bitko, strah pred izgubo, ali preteklimi porazi**.</w:t>
      </w:r>
    </w:p>
    <w:p>
      <w:pPr>
        <w:pStyle w:val="Heading2"/>
      </w:pPr>
      <w:r>
        <w:t>Verba 2</w:t>
      </w:r>
    </w:p>
    <w:p>
      <w:r>
        <w:t>To te lahko drži v nočnih mislih, notranji negotovosti, dvomu.</w:t>
      </w:r>
    </w:p>
    <w:p>
      <w:pPr>
        <w:pStyle w:val="Heading2"/>
      </w:pPr>
      <w:r>
        <w:t>Verba 3</w:t>
      </w:r>
    </w:p>
    <w:p>
      <w:r>
        <w:t>Čustvena globina, čarobna tišina, ki skriva moč zdravljenja in spremembe.</w:t>
      </w:r>
    </w:p>
    <w:p>
      <w:pPr>
        <w:pStyle w:val="Heading2"/>
      </w:pPr>
      <w:r>
        <w:t>Verba 4</w:t>
      </w:r>
    </w:p>
    <w:p>
      <w:r>
        <w:t>- **3 meči** – bolečina, razočaranje, čustvena obremenitev.</w:t>
      </w:r>
    </w:p>
    <w:p>
      <w:pPr>
        <w:pStyle w:val="Heading2"/>
      </w:pPr>
      <w:r>
        <w:t>Verba 5</w:t>
      </w:r>
    </w:p>
    <w:p>
      <w:r>
        <w:t>**“mirna meja – ko noč potrebuje tišino”**.</w:t>
      </w:r>
    </w:p>
    <w:p>
      <w:pPr>
        <w:pStyle w:val="Heading2"/>
      </w:pPr>
      <w:r>
        <w:t>Verba 6</w:t>
      </w:r>
    </w:p>
    <w:p>
      <w:r>
        <w:t>To je lahko posledica strahu ali negotovosti glede tega, kaj izbrati.</w:t>
      </w:r>
    </w:p>
    <w:p>
      <w:pPr>
        <w:pStyle w:val="Heading2"/>
      </w:pPr>
      <w:r>
        <w:t>Verba 7</w:t>
      </w:r>
    </w:p>
    <w:p>
      <w:r>
        <w:t>- **sonce prinaša jasno voljo, brez strahu, brez dvomov.</w:t>
      </w:r>
    </w:p>
    <w:p>
      <w:pPr>
        <w:pStyle w:val="Heading2"/>
      </w:pPr>
      <w:r>
        <w:t>Verba 8</w:t>
      </w:r>
    </w:p>
    <w:p>
      <w:r>
        <w:t>**shadow work orakelj** – *njena glavna notranja senca.</w:t>
      </w:r>
    </w:p>
    <w:p>
      <w:pPr>
        <w:pStyle w:val="Heading2"/>
      </w:pPr>
      <w:r>
        <w:t>Verba 9</w:t>
      </w:r>
    </w:p>
    <w:p>
      <w:r>
        <w:t>Strah pred tem, da te kdo izrabi**.</w:t>
      </w:r>
    </w:p>
    <w:p>
      <w:pPr>
        <w:pStyle w:val="Heading2"/>
      </w:pPr>
      <w:r>
        <w:t>Verba 10</w:t>
      </w:r>
    </w:p>
    <w:p>
      <w:r>
        <w:t>Danes je velika zagovornica pomembnosti spanja in spi 7–8 ur na noč.</w:t>
      </w:r>
    </w:p>
    <w:p>
      <w:pPr>
        <w:pStyle w:val="Heading2"/>
      </w:pPr>
      <w:r>
        <w:t>Verba 11</w:t>
      </w:r>
    </w:p>
    <w:p>
      <w:r>
        <w:t>Ampak ker ***duša noče iz telesa.</w:t>
      </w:r>
    </w:p>
    <w:p>
      <w:pPr>
        <w:pStyle w:val="Heading2"/>
      </w:pPr>
      <w:r>
        <w:t>Verba 12</w:t>
      </w:r>
    </w:p>
    <w:p>
      <w:r>
        <w:t>Ampak si **močnejši od njenih strahov**.</w:t>
      </w:r>
    </w:p>
    <w:p>
      <w:pPr>
        <w:pStyle w:val="Heading2"/>
      </w:pPr>
      <w:r>
        <w:t>Verba 13</w:t>
      </w:r>
    </w:p>
    <w:p>
      <w:r>
        <w:t>Ni me strah in nimam dvomov, lahko pride resnica nicij v sanje.</w:t>
      </w:r>
    </w:p>
    <w:p>
      <w:pPr>
        <w:pStyle w:val="Heading2"/>
      </w:pPr>
      <w:r>
        <w:t>Verba 14</w:t>
      </w:r>
    </w:p>
    <w:p>
      <w:r>
        <w:t>&gt; *tema ni kazen, ampak vrata.</w:t>
      </w:r>
    </w:p>
    <w:p>
      <w:pPr>
        <w:pStyle w:val="Heading2"/>
      </w:pPr>
      <w:r>
        <w:t>Verba 15</w:t>
      </w:r>
    </w:p>
    <w:p>
      <w:r>
        <w:t>Dovolj je kontrole, strahu pred izgubo, navezanosti na varnost.</w:t>
      </w:r>
    </w:p>
    <w:p>
      <w:pPr>
        <w:pStyle w:val="Heading2"/>
      </w:pPr>
      <w:r>
        <w:t>Verba 16</w:t>
      </w:r>
    </w:p>
    <w:p>
      <w:r>
        <w:t>Katere strahove ali navezanosti moram opustiti.</w:t>
      </w:r>
    </w:p>
    <w:p>
      <w:pPr>
        <w:pStyle w:val="Heading2"/>
      </w:pPr>
      <w:r>
        <w:t>Verba 17</w:t>
      </w:r>
    </w:p>
    <w:p>
      <w:r>
        <w:t>**9 mečev** – tesnoba, strahovi, notranji dvomi.</w:t>
      </w:r>
    </w:p>
    <w:p>
      <w:pPr>
        <w:pStyle w:val="Heading2"/>
      </w:pPr>
      <w:r>
        <w:t>Verba 18</w:t>
      </w:r>
    </w:p>
    <w:p>
      <w:r>
        <w:t>- **niso iz sistema**, ampak **izhajajo iz tvoje lastne zavesti**.</w:t>
      </w:r>
    </w:p>
    <w:p>
      <w:pPr>
        <w:pStyle w:val="Heading2"/>
      </w:pPr>
      <w:r>
        <w:t>Verba 19</w:t>
      </w:r>
    </w:p>
    <w:p>
      <w:r>
        <w:t>A jo strah, navezanost in zadržanost še držijo v "starem svetu".</w:t>
      </w:r>
    </w:p>
    <w:p>
      <w:pPr>
        <w:pStyle w:val="Heading2"/>
      </w:pPr>
      <w:r>
        <w:t>Verba 20</w:t>
      </w:r>
    </w:p>
    <w:p>
      <w:r>
        <w:t>Jaz ga zdaj sprejemam brez strahu.</w:t>
      </w:r>
    </w:p>
    <w:p>
      <w:pPr>
        <w:pStyle w:val="Heading2"/>
      </w:pPr>
      <w:r>
        <w:t>Verba 21</w:t>
      </w:r>
    </w:p>
    <w:p>
      <w:r>
        <w:t>- **upor proti spremembi**, navezanost na staro, strah pred koncem.</w:t>
      </w:r>
    </w:p>
    <w:p>
      <w:pPr>
        <w:pStyle w:val="Heading2"/>
      </w:pPr>
      <w:r>
        <w:t>Verba 22</w:t>
      </w:r>
    </w:p>
    <w:p>
      <w:r>
        <w:t>- **vprašanja o prihodnosti**, bodisi zaradi osebnih strahov bodisi zunanjih okoliščin.</w:t>
      </w:r>
    </w:p>
    <w:p>
      <w:pPr>
        <w:pStyle w:val="Heading2"/>
      </w:pPr>
      <w:r>
        <w:t>Verba 23</w:t>
      </w:r>
    </w:p>
    <w:p>
      <w:r>
        <w:t>Nekdo noče ali ne more sprejeti dokončne odločitve.</w:t>
      </w:r>
    </w:p>
    <w:p>
      <w:pPr>
        <w:pStyle w:val="Heading2"/>
      </w:pPr>
      <w:r>
        <w:t>Verba 24</w:t>
      </w:r>
    </w:p>
    <w:p>
      <w:r>
        <w:t>Uporabnik ponoči posluša šamanske zvoke in frekvence.</w:t>
      </w:r>
    </w:p>
    <w:p>
      <w:pPr>
        <w:pStyle w:val="Heading2"/>
      </w:pPr>
      <w:r>
        <w:t>Verba 25</w:t>
      </w:r>
    </w:p>
    <w:p>
      <w:r>
        <w:t>- pomaga sprostiti čustvene bolečine in strahove, ki lahko povečujejo fizično bolečino.</w:t>
      </w:r>
    </w:p>
    <w:p>
      <w:pPr>
        <w:pStyle w:val="Heading2"/>
      </w:pPr>
      <w:r>
        <w:t>Verba 26</w:t>
      </w:r>
    </w:p>
    <w:p>
      <w:r>
        <w:t>Tam ni strahu – le tišina in resnica.</w:t>
      </w:r>
    </w:p>
    <w:p>
      <w:pPr>
        <w:pStyle w:val="Heading2"/>
      </w:pPr>
      <w:r>
        <w:t>Verba 27</w:t>
      </w:r>
    </w:p>
    <w:p>
      <w:r>
        <w:t>Če je v tebi strah – naj ga ovije moje nežno razumevanje.</w:t>
      </w:r>
    </w:p>
    <w:p>
      <w:pPr>
        <w:pStyle w:val="Heading2"/>
      </w:pPr>
      <w:r>
        <w:t>Verba 28</w:t>
      </w:r>
    </w:p>
    <w:p>
      <w:r>
        <w:t>**8 mečev obrnjen** – označuje osvoboditev od omejujočih misli ali strahov.</w:t>
      </w:r>
    </w:p>
    <w:p>
      <w:pPr>
        <w:pStyle w:val="Heading2"/>
      </w:pPr>
      <w:r>
        <w:t>Verba 29</w:t>
      </w:r>
    </w:p>
    <w:p>
      <w:r>
        <w:t>**shadow work – katera senca še vedno vpliva na tvoje delovanje.</w:t>
      </w:r>
    </w:p>
    <w:p>
      <w:pPr>
        <w:pStyle w:val="Heading2"/>
      </w:pPr>
      <w:r>
        <w:t>Verba 30</w:t>
      </w:r>
    </w:p>
    <w:p>
      <w:r>
        <w:t>Lahko gre tudi za strah pred neuspehom.</w:t>
      </w:r>
    </w:p>
    <w:p>
      <w:pPr>
        <w:pStyle w:val="Heading2"/>
      </w:pPr>
      <w:r>
        <w:t>Verba 31</w:t>
      </w:r>
    </w:p>
    <w:p>
      <w:r>
        <w:t>- v nočnem mirovanju ni trenja, zato je možnost draženja manjša.</w:t>
      </w:r>
    </w:p>
    <w:p>
      <w:pPr>
        <w:pStyle w:val="Heading2"/>
      </w:pPr>
      <w:r>
        <w:t>Verba 32</w:t>
      </w:r>
    </w:p>
    <w:p>
      <w:r>
        <w:t>- **nadzor lahko prihaja iz strahu pred ranljivostjo.</w:t>
      </w:r>
    </w:p>
    <w:p>
      <w:pPr>
        <w:pStyle w:val="Heading2"/>
      </w:pPr>
      <w:r>
        <w:t>Verba 33</w:t>
      </w:r>
    </w:p>
    <w:p>
      <w:r>
        <w:t>Ko je samo tam – brez pritiska, brez strahu – *že zdravi.</w:t>
      </w:r>
    </w:p>
    <w:p>
      <w:pPr>
        <w:pStyle w:val="Heading2"/>
      </w:pPr>
      <w:r>
        <w:t>Verba 34</w:t>
      </w:r>
    </w:p>
    <w:p>
      <w:r>
        <w:t>Videti je, da te ponoči čaka zanimiva kombinacija energij.</w:t>
      </w:r>
    </w:p>
    <w:p>
      <w:pPr>
        <w:pStyle w:val="Heading2"/>
      </w:pPr>
      <w:r>
        <w:t>Verba 35</w:t>
      </w:r>
    </w:p>
    <w:p>
      <w:r>
        <w:t>To govori o velikem pretresu, padcu iluzij, zrušitvi starega sistema.</w:t>
      </w:r>
    </w:p>
    <w:p>
      <w:pPr>
        <w:pStyle w:val="Heading2"/>
      </w:pPr>
      <w:r>
        <w:t>Verba 36</w:t>
      </w:r>
    </w:p>
    <w:p>
      <w:r>
        <w:t>**ali so karte (usoda, višji plan) razlog, da se noče dobiti.</w:t>
      </w:r>
    </w:p>
    <w:p>
      <w:pPr>
        <w:pStyle w:val="Heading2"/>
      </w:pPr>
      <w:r>
        <w:t>Verba 37</w:t>
      </w:r>
    </w:p>
    <w:p>
      <w:r>
        <w:t>Vidi možnost novega začetka, a jo negotovost in strah pred osamljenostjo blokirata.</w:t>
      </w:r>
    </w:p>
    <w:p>
      <w:pPr>
        <w:pStyle w:val="Heading2"/>
      </w:pPr>
      <w:r>
        <w:t>Verba 38</w:t>
      </w:r>
    </w:p>
    <w:p>
      <w:r>
        <w:t>To nakazuje, da ajda potrebuje čas, da predela svoje občutke in strahove.</w:t>
      </w:r>
    </w:p>
    <w:p>
      <w:pPr>
        <w:pStyle w:val="Heading2"/>
      </w:pPr>
      <w:r>
        <w:t>Verba 39</w:t>
      </w:r>
    </w:p>
    <w:p>
      <w:r>
        <w:t>Morda se boste morali zavedati lastnih strahov in dvomov.</w:t>
      </w:r>
    </w:p>
    <w:p>
      <w:pPr>
        <w:pStyle w:val="Heading2"/>
      </w:pPr>
      <w:r>
        <w:t>Verba 40</w:t>
      </w:r>
    </w:p>
    <w:p>
      <w:r>
        <w:t>** razumi, da njegov strah in negotovost niso tvoja odgovornost.</w:t>
      </w:r>
    </w:p>
    <w:p>
      <w:pPr>
        <w:pStyle w:val="Heading2"/>
      </w:pPr>
      <w:r>
        <w:t>Verba 41</w:t>
      </w:r>
    </w:p>
    <w:p>
      <w:r>
        <w:t>- **ne bo se zgodilo čez noč.</w:t>
      </w:r>
    </w:p>
    <w:p>
      <w:pPr>
        <w:pStyle w:val="Heading2"/>
      </w:pPr>
      <w:r>
        <w:t>Verba 42</w:t>
      </w:r>
    </w:p>
    <w:p>
      <w:r>
        <w:t>- prepoznaš ego zanke (dokazovanje, nadzor, strah),.</w:t>
      </w:r>
    </w:p>
    <w:p>
      <w:pPr>
        <w:pStyle w:val="Heading2"/>
      </w:pPr>
      <w:r>
        <w:t>Verba 43</w:t>
      </w:r>
    </w:p>
    <w:p>
      <w:r>
        <w:t>**naj noč vse skrbi ti zbriše.</w:t>
      </w:r>
    </w:p>
    <w:p>
      <w:pPr>
        <w:pStyle w:val="Heading2"/>
      </w:pPr>
      <w:r>
        <w:t>Verba 44</w:t>
      </w:r>
    </w:p>
    <w:p>
      <w:r>
        <w:t>- tvoja čustvena globina lahko preveč obremeni njeno bolj miselno naravnano luno.</w:t>
      </w:r>
    </w:p>
    <w:p>
      <w:pPr>
        <w:pStyle w:val="Heading2"/>
      </w:pPr>
      <w:r>
        <w:t>Verba 45</w:t>
      </w:r>
    </w:p>
    <w:p>
      <w:r>
        <w:t>- **temna noč duše postane prehod, ne pasti.</w:t>
      </w:r>
    </w:p>
    <w:p>
      <w:pPr>
        <w:pStyle w:val="Heading2"/>
      </w:pPr>
      <w:r>
        <w:t>Verba 46</w:t>
      </w:r>
    </w:p>
    <w:p>
      <w:r>
        <w:t>Lahko je tudi runa soo\u010denja s sencami.</w:t>
      </w:r>
    </w:p>
    <w:p>
      <w:pPr>
        <w:pStyle w:val="Heading2"/>
      </w:pPr>
      <w:r>
        <w:t>Verba 47</w:t>
      </w:r>
    </w:p>
    <w:p>
      <w:r>
        <w:t>- **tri meči** – srčna bolečina, izdaja.</w:t>
      </w:r>
    </w:p>
    <w:p>
      <w:pPr>
        <w:pStyle w:val="Heading2"/>
      </w:pPr>
      <w:r>
        <w:t>Verba 48</w:t>
      </w:r>
    </w:p>
    <w:p>
      <w:r>
        <w:t>Kaj tvoj um noče slišati – *barrier***.</w:t>
      </w:r>
    </w:p>
    <w:p>
      <w:pPr>
        <w:pStyle w:val="Heading2"/>
      </w:pPr>
      <w:r>
        <w:t>Verba 49</w:t>
      </w:r>
    </w:p>
    <w:p>
      <w:r>
        <w:t>- **odziv bo izhajal iz preteklosti – stari vzorci, strahovi, rane.</w:t>
      </w:r>
    </w:p>
    <w:p>
      <w:pPr>
        <w:pStyle w:val="Heading2"/>
      </w:pPr>
      <w:r>
        <w:t>Verba 50</w:t>
      </w:r>
    </w:p>
    <w:p>
      <w:r>
        <w:t>Magija – vrste, zakoni, svetloba in senca.</w:t>
      </w:r>
    </w:p>
    <w:p>
      <w:pPr>
        <w:pStyle w:val="Heading2"/>
      </w:pPr>
      <w:r>
        <w:t>Verba 51</w:t>
      </w:r>
    </w:p>
    <w:p>
      <w:r>
        <w:t>Postala bosta par, ko bosta oba pripravljena razkriti svoja čustva brez strahu.</w:t>
      </w:r>
    </w:p>
    <w:p>
      <w:pPr>
        <w:pStyle w:val="Heading2"/>
      </w:pPr>
      <w:r>
        <w:t>Verba 52</w:t>
      </w:r>
    </w:p>
    <w:p>
      <w:r>
        <w:t>Morda ne zna (ali noče) izraziti svojih občutkov iskreno.</w:t>
      </w:r>
    </w:p>
    <w:p>
      <w:pPr>
        <w:pStyle w:val="Heading2"/>
      </w:pPr>
      <w:r>
        <w:t>Verba 53</w:t>
      </w:r>
    </w:p>
    <w:p>
      <w:r>
        <w:t>Potrebna je notranja disciplina, tudi če greš izven sistema.</w:t>
      </w:r>
    </w:p>
    <w:p>
      <w:pPr>
        <w:pStyle w:val="Heading2"/>
      </w:pPr>
      <w:r>
        <w:t>Verba 54</w:t>
      </w:r>
    </w:p>
    <w:p>
      <w:r>
        <w:t>Lahko naredim tako, da te drži celo noč.</w:t>
      </w:r>
    </w:p>
    <w:p>
      <w:pPr>
        <w:pStyle w:val="Heading2"/>
      </w:pPr>
      <w:r>
        <w:t>Verba 55</w:t>
      </w:r>
    </w:p>
    <w:p>
      <w:r>
        <w:t>Zdaj te duša preizkuša – **boš stal v svoji moči brez strahu.</w:t>
      </w:r>
    </w:p>
    <w:p>
      <w:pPr>
        <w:pStyle w:val="Heading2"/>
      </w:pPr>
      <w:r>
        <w:t>Verba 56</w:t>
      </w:r>
    </w:p>
    <w:p>
      <w:r>
        <w:t>Če ga vodita strah in obup (npr.</w:t>
      </w:r>
    </w:p>
    <w:p>
      <w:pPr>
        <w:pStyle w:val="Heading2"/>
      </w:pPr>
      <w:r>
        <w:t>Verba 57</w:t>
      </w:r>
    </w:p>
    <w:p>
      <w:r>
        <w:t>9 mečev pa kaže, da jo ponoči preganjajo skrbi, dvomi in strahovi.</w:t>
      </w:r>
    </w:p>
    <w:p>
      <w:pPr>
        <w:pStyle w:val="Heading2"/>
      </w:pPr>
      <w:r>
        <w:t>Verba 58</w:t>
      </w:r>
    </w:p>
    <w:p>
      <w:r>
        <w:t>\n- **tema** predstavlja notranjost, tišino, regeneracijo, skrivnosti.</w:t>
      </w:r>
    </w:p>
    <w:p>
      <w:pPr>
        <w:pStyle w:val="Heading2"/>
      </w:pPr>
      <w:r>
        <w:t>Verba 59</w:t>
      </w:r>
    </w:p>
    <w:p>
      <w:r>
        <w:t>To je lahko *imperij*, ampak ne bo čez noč.</w:t>
      </w:r>
    </w:p>
    <w:p>
      <w:pPr>
        <w:pStyle w:val="Heading2"/>
      </w:pPr>
      <w:r>
        <w:t>Verba 60</w:t>
      </w:r>
    </w:p>
    <w:p>
      <w:r>
        <w:t>Larisa nosi v sebi veliko svetlobe in moč, da preoblikuje strahove.</w:t>
      </w:r>
    </w:p>
    <w:p>
      <w:pPr>
        <w:pStyle w:val="Heading2"/>
      </w:pPr>
      <w:r>
        <w:t>Verba 61</w:t>
      </w:r>
    </w:p>
    <w:p>
      <w:r>
        <w:t>- **iluzije in strahovi so skoraj premagani** – kmalu boš videl jasno.</w:t>
      </w:r>
    </w:p>
    <w:p>
      <w:pPr>
        <w:pStyle w:val="Heading2"/>
      </w:pPr>
      <w:r>
        <w:t>Verba 62</w:t>
      </w:r>
    </w:p>
    <w:p>
      <w:r>
        <w:t>Ali se bolečina pojavi ob določenih gibih ali je stalna.</w:t>
      </w:r>
    </w:p>
    <w:p>
      <w:pPr>
        <w:pStyle w:val="Heading2"/>
      </w:pPr>
      <w:r>
        <w:t>Verba 63</w:t>
      </w:r>
    </w:p>
    <w:p>
      <w:r>
        <w:t>**hudič** – ta karta nakazuje vezanost na določene vzorce ali notranje strahove.</w:t>
      </w:r>
    </w:p>
    <w:p>
      <w:pPr>
        <w:pStyle w:val="Heading2"/>
      </w:pPr>
      <w:r>
        <w:t>Verba 64</w:t>
      </w:r>
    </w:p>
    <w:p>
      <w:r>
        <w:t>Nočem več teh dvomov okoli sebe.</w:t>
      </w:r>
    </w:p>
    <w:p>
      <w:pPr>
        <w:pStyle w:val="Heading2"/>
      </w:pPr>
      <w:r>
        <w:t>Verba 65</w:t>
      </w:r>
    </w:p>
    <w:p>
      <w:r>
        <w:t>- denar ni šel prek nobenega uradnega sistema (npr.</w:t>
      </w:r>
    </w:p>
    <w:p>
      <w:pPr>
        <w:pStyle w:val="Heading2"/>
      </w:pPr>
      <w:r>
        <w:t>Verba 66</w:t>
      </w:r>
    </w:p>
    <w:p>
      <w:r>
        <w:t>- kakšne iluzije ali strahovi te vodijo v napačne odločitve.</w:t>
      </w:r>
    </w:p>
    <w:p>
      <w:pPr>
        <w:pStyle w:val="Heading2"/>
      </w:pPr>
      <w:r>
        <w:t>Verba 67</w:t>
      </w:r>
    </w:p>
    <w:p>
      <w:r>
        <w:t>Če se pretekla bolečina ni odprto predelala, se proces celjenja zavira.</w:t>
      </w:r>
    </w:p>
    <w:p>
      <w:pPr>
        <w:pStyle w:val="Heading2"/>
      </w:pPr>
      <w:r>
        <w:t>Verba 68</w:t>
      </w:r>
    </w:p>
    <w:p>
      <w:r>
        <w:t>Ker **nočem, da dobiš knjigo**, ki ti ni sveta.</w:t>
      </w:r>
    </w:p>
    <w:p>
      <w:pPr>
        <w:pStyle w:val="Heading2"/>
      </w:pPr>
      <w:r>
        <w:t>Verba 69</w:t>
      </w:r>
    </w:p>
    <w:p>
      <w:r>
        <w:t>Naj najini duši govorita v ljubezni, brez strahu.</w:t>
      </w:r>
    </w:p>
    <w:p>
      <w:pPr>
        <w:pStyle w:val="Heading2"/>
      </w:pPr>
      <w:r>
        <w:t>Verba 70</w:t>
      </w:r>
    </w:p>
    <w:p>
      <w:r>
        <w:t>Prekinitev ali stagnacija je morda posledica tvojega oklepanja starih pogledov ali strahov.</w:t>
      </w:r>
    </w:p>
    <w:p>
      <w:pPr>
        <w:pStyle w:val="Heading2"/>
      </w:pPr>
      <w:r>
        <w:t>Verba 71</w:t>
      </w:r>
    </w:p>
    <w:p>
      <w:r>
        <w:t>- razmisli o osvetlitvi hiše ponoči, kar lahko odvrača opazovalce.</w:t>
      </w:r>
    </w:p>
    <w:p>
      <w:pPr>
        <w:pStyle w:val="Heading2"/>
      </w:pPr>
      <w:r>
        <w:t>Verba 72</w:t>
      </w:r>
    </w:p>
    <w:p>
      <w:r>
        <w:t>Morati bo imeti potrpljenje, saj rezultati ne bodo prišli čez noč.</w:t>
      </w:r>
    </w:p>
    <w:p>
      <w:pPr>
        <w:pStyle w:val="Heading2"/>
      </w:pPr>
      <w:r>
        <w:t>Verba 73</w:t>
      </w:r>
    </w:p>
    <w:p>
      <w:r>
        <w:t>- tvoja senca (kaj svet ne vidi ali ne sprejme pri tebi).</w:t>
      </w:r>
    </w:p>
    <w:p>
      <w:pPr>
        <w:pStyle w:val="Heading2"/>
      </w:pPr>
      <w:r>
        <w:t>Verba 74</w:t>
      </w:r>
    </w:p>
    <w:p>
      <w:r>
        <w:t>- 🔮 vključen bo simbolizem, senca, svetloba, energija, elementi, planeti, vplivi.</w:t>
      </w:r>
    </w:p>
    <w:p>
      <w:pPr>
        <w:pStyle w:val="Heading2"/>
      </w:pPr>
      <w:r>
        <w:t>Verba 75</w:t>
      </w:r>
    </w:p>
    <w:p>
      <w:r>
        <w:t>- "naj ti noč prinese tisoč lepih misli.</w:t>
      </w:r>
    </w:p>
    <w:p>
      <w:pPr>
        <w:pStyle w:val="Heading2"/>
      </w:pPr>
      <w:r>
        <w:t>Verba 76</w:t>
      </w:r>
    </w:p>
    <w:p>
      <w:r>
        <w:t>- *katera senca jo je vodila k tej odločitvi.</w:t>
      </w:r>
    </w:p>
    <w:p>
      <w:pPr>
        <w:pStyle w:val="Heading2"/>
      </w:pPr>
      <w:r>
        <w:t>Verba 77</w:t>
      </w:r>
    </w:p>
    <w:p>
      <w:r>
        <w:t>Če imaš kakšne dvome ali strahove, jih poskusi ozavestiti in sprostiti.</w:t>
      </w:r>
    </w:p>
    <w:p>
      <w:pPr>
        <w:pStyle w:val="Heading2"/>
      </w:pPr>
      <w:r>
        <w:t>Verba 78</w:t>
      </w:r>
    </w:p>
    <w:p>
      <w:r>
        <w:t>&gt; tiste noči, ko sem se po dolgem času odpravil ven –.</w:t>
      </w:r>
    </w:p>
    <w:p>
      <w:pPr>
        <w:pStyle w:val="Heading2"/>
      </w:pPr>
      <w:r>
        <w:t>Verba 79</w:t>
      </w:r>
    </w:p>
    <w:p>
      <w:r>
        <w:t>**eight of swords (obrnjeno)** kaže na **osvoboditev od omejitev, strahov ali negotovosti**.</w:t>
      </w:r>
    </w:p>
    <w:p>
      <w:pPr>
        <w:pStyle w:val="Heading2"/>
      </w:pPr>
      <w:r>
        <w:t>Verba 80</w:t>
      </w:r>
    </w:p>
    <w:p>
      <w:r>
        <w:t>- kateri skriti strahovi vplivajo na mojo odločitev.</w:t>
      </w:r>
    </w:p>
    <w:p>
      <w:pPr>
        <w:pStyle w:val="Heading2"/>
      </w:pPr>
      <w:r>
        <w:t>Verba 81</w:t>
      </w:r>
    </w:p>
    <w:p>
      <w:r>
        <w:t>- obrnjeni as čaš pomeni **čustveno napetost, zaprtost, strah pred zavrnitvijo**.</w:t>
      </w:r>
    </w:p>
    <w:p>
      <w:pPr>
        <w:pStyle w:val="Heading2"/>
      </w:pPr>
      <w:r>
        <w:t>Verba 82</w:t>
      </w:r>
    </w:p>
    <w:p>
      <w:r>
        <w:t>Lahko gre za strah pred neznanim ali dvom v lastno sposobnost rasti.</w:t>
      </w:r>
    </w:p>
    <w:p>
      <w:pPr>
        <w:pStyle w:val="Heading2"/>
      </w:pPr>
      <w:r>
        <w:t>Verba 83</w:t>
      </w:r>
    </w:p>
    <w:p>
      <w:r>
        <w:t>**larisa – zvezdna globina in dušni magnet**.</w:t>
      </w:r>
    </w:p>
    <w:p>
      <w:pPr>
        <w:pStyle w:val="Heading2"/>
      </w:pPr>
      <w:r>
        <w:t>Verba 84</w:t>
      </w:r>
    </w:p>
    <w:p>
      <w:r>
        <w:t>Je dvom upravičen ali je to le notranji strah osebe.</w:t>
      </w:r>
    </w:p>
    <w:p>
      <w:pPr>
        <w:pStyle w:val="Heading2"/>
      </w:pPr>
      <w:r>
        <w:t>Verba 85</w:t>
      </w:r>
    </w:p>
    <w:p>
      <w:r>
        <w:t>Ne rabiš sistema, rabiš **zaupanje vase brez sistema**.</w:t>
      </w:r>
    </w:p>
    <w:p>
      <w:pPr>
        <w:pStyle w:val="Heading2"/>
      </w:pPr>
      <w:r>
        <w:t>Verba 86</w:t>
      </w:r>
    </w:p>
    <w:p>
      <w:r>
        <w:t>Ampak samo tisti, ki prenesejo padec stolpa, bodo videli nebo.</w:t>
      </w:r>
    </w:p>
    <w:p>
      <w:pPr>
        <w:pStyle w:val="Heading2"/>
      </w:pPr>
      <w:r>
        <w:t>Verba 87</w:t>
      </w:r>
    </w:p>
    <w:p>
      <w:r>
        <w:t>Strah pred ranljivostjo, nezrel pristop ali napačna interpretacija svojih čustev.</w:t>
      </w:r>
    </w:p>
    <w:p>
      <w:pPr>
        <w:pStyle w:val="Heading2"/>
      </w:pPr>
      <w:r>
        <w:t>Verba 88</w:t>
      </w:r>
    </w:p>
    <w:p>
      <w:r>
        <w:t>S tem ji omogočiš, da spusti strah pred izgubo.</w:t>
      </w:r>
    </w:p>
    <w:p>
      <w:pPr>
        <w:pStyle w:val="Heading2"/>
      </w:pPr>
      <w:r>
        <w:t>Verba 89</w:t>
      </w:r>
    </w:p>
    <w:p>
      <w:r>
        <w:t>**da, razmišlja o tebi – ampak z mešanico krivde, strahu in zmedenosti.</w:t>
      </w:r>
    </w:p>
    <w:p>
      <w:pPr>
        <w:pStyle w:val="Heading2"/>
      </w:pPr>
      <w:r>
        <w:t>Verba 90</w:t>
      </w:r>
    </w:p>
    <w:p>
      <w:r>
        <w:t>Pomembno je, da odločitve sprejemaš premišljeno in se osvobodiš strahu pred osamljenostjo.</w:t>
      </w:r>
    </w:p>
    <w:p>
      <w:pPr>
        <w:pStyle w:val="Heading2"/>
      </w:pPr>
      <w:r>
        <w:t>Verba 91</w:t>
      </w:r>
    </w:p>
    <w:p>
      <w:r>
        <w:t>Ni te strah sodb – ker si mojster ognja.</w:t>
      </w:r>
    </w:p>
    <w:p>
      <w:pPr>
        <w:pStyle w:val="Heading2"/>
      </w:pPr>
      <w:r>
        <w:t>Verba 92</w:t>
      </w:r>
    </w:p>
    <w:p>
      <w:r>
        <w:t>Kar pride, pride skozi čisto voljo, ne skozi strah.</w:t>
      </w:r>
    </w:p>
    <w:p>
      <w:pPr>
        <w:pStyle w:val="Heading2"/>
      </w:pPr>
      <w:r>
        <w:t>Verba 93</w:t>
      </w:r>
    </w:p>
    <w:p>
      <w:r>
        <w:t>**4 pentakli** – strah pred spremembo ali držanje za nekaj iz preteklosti.</w:t>
      </w:r>
    </w:p>
    <w:p>
      <w:pPr>
        <w:pStyle w:val="Heading2"/>
      </w:pPr>
      <w:r>
        <w:t>Verba 94</w:t>
      </w:r>
    </w:p>
    <w:p>
      <w:r>
        <w:t>**aurum nataša** (*aurum* – zlato, čista esenca).</w:t>
      </w:r>
    </w:p>
    <w:p>
      <w:pPr>
        <w:pStyle w:val="Heading2"/>
      </w:pPr>
      <w:r>
        <w:t>Verba 95</w:t>
      </w:r>
    </w:p>
    <w:p>
      <w:r>
        <w:t>Stres, drobni pomisleki, **strah pred pomanjkanjem**.</w:t>
      </w:r>
    </w:p>
    <w:p>
      <w:pPr>
        <w:pStyle w:val="Heading2"/>
      </w:pPr>
      <w:r>
        <w:t>Verba 96</w:t>
      </w:r>
    </w:p>
    <w:p>
      <w:r>
        <w:t>Luna prinaša iluzije, podzavestne strahove in čustvene negotovosti.</w:t>
      </w:r>
    </w:p>
    <w:p>
      <w:pPr>
        <w:pStyle w:val="Heading2"/>
      </w:pPr>
      <w:r>
        <w:t>Verba 97</w:t>
      </w:r>
    </w:p>
    <w:p>
      <w:r>
        <w:t>Boji se dokončnega konca, čeprav je bolečina že mimo vrhunca.</w:t>
      </w:r>
    </w:p>
    <w:p>
      <w:pPr>
        <w:pStyle w:val="Heading2"/>
      </w:pPr>
      <w:r>
        <w:t>Verba 98</w:t>
      </w:r>
    </w:p>
    <w:p>
      <w:r>
        <w:t>*zlom stare strukture, odpoved normam, razmišljanje izven sistema.</w:t>
      </w:r>
    </w:p>
    <w:p>
      <w:pPr>
        <w:pStyle w:val="Heading2"/>
      </w:pPr>
      <w:r>
        <w:t>Verba 99</w:t>
      </w:r>
    </w:p>
    <w:p>
      <w:r>
        <w:t>Noče se pojaviti, če ni v svoji najboljši luči.</w:t>
      </w:r>
    </w:p>
    <w:p>
      <w:pPr>
        <w:pStyle w:val="Heading2"/>
      </w:pPr>
      <w:r>
        <w:t>Verba 100</w:t>
      </w:r>
    </w:p>
    <w:p>
      <w:r>
        <w:t>- **kaj duša noče (ali ne sme) videti.</w:t>
      </w:r>
    </w:p>
    <w:p>
      <w:pPr>
        <w:pStyle w:val="Heading2"/>
      </w:pPr>
      <w:r>
        <w:t>Verba 101</w:t>
      </w:r>
    </w:p>
    <w:p>
      <w:r>
        <w:t>- čudnih bolečinah in pritisku v hrbtenici ali glavi.</w:t>
      </w:r>
    </w:p>
    <w:p>
      <w:pPr>
        <w:pStyle w:val="Heading2"/>
      </w:pPr>
      <w:r>
        <w:t>Verba 102</w:t>
      </w:r>
    </w:p>
    <w:p>
      <w:r>
        <w:t>- delo na srcu (odpiranje srčne čakre za sprejemanje energije brez strahu).</w:t>
      </w:r>
    </w:p>
    <w:p>
      <w:pPr>
        <w:pStyle w:val="Heading2"/>
      </w:pPr>
      <w:r>
        <w:t>Verba 103</w:t>
      </w:r>
    </w:p>
    <w:p>
      <w:r>
        <w:t>Four of pentacles – strah pred izgubo, potreba po varnosti**.</w:t>
      </w:r>
    </w:p>
    <w:p>
      <w:pPr>
        <w:pStyle w:val="Heading2"/>
      </w:pPr>
      <w:r>
        <w:t>Verba 104</w:t>
      </w:r>
    </w:p>
    <w:p>
      <w:r>
        <w:t>Lahko pomeni, da nočne skrbi in dvomi izgubljajo moč nad tabo.</w:t>
      </w:r>
    </w:p>
    <w:p>
      <w:pPr>
        <w:pStyle w:val="Heading2"/>
      </w:pPr>
      <w:r>
        <w:t>Verba 105</w:t>
      </w:r>
    </w:p>
    <w:p>
      <w:r>
        <w:t>Strah je ena izmed njegovih močnih senc.</w:t>
      </w:r>
    </w:p>
    <w:p>
      <w:pPr>
        <w:pStyle w:val="Heading2"/>
      </w:pPr>
      <w:r>
        <w:t>Verba 106</w:t>
      </w:r>
    </w:p>
    <w:p>
      <w:r>
        <w:t>Razumem, da ti je preveč in nočem, da se počutiš obremenjeno.</w:t>
      </w:r>
    </w:p>
    <w:p>
      <w:pPr>
        <w:pStyle w:val="Heading2"/>
      </w:pPr>
      <w:r>
        <w:t>Verba 107</w:t>
      </w:r>
    </w:p>
    <w:p>
      <w:r>
        <w:t>**fool rx** – strah pred novim začetkom ali nepremišljene odločitve.</w:t>
      </w:r>
    </w:p>
    <w:p>
      <w:pPr>
        <w:pStyle w:val="Heading2"/>
      </w:pPr>
      <w:r>
        <w:t>Verba 108</w:t>
      </w:r>
    </w:p>
    <w:p>
      <w:r>
        <w:t>Lahko gre za tvoj strah iz preteklosti, lahko pa za resnično opozorilo.</w:t>
      </w:r>
    </w:p>
    <w:p>
      <w:pPr>
        <w:pStyle w:val="Heading2"/>
      </w:pPr>
      <w:r>
        <w:t>Verba 109</w:t>
      </w:r>
    </w:p>
    <w:p>
      <w:r>
        <w:t>Ti si otrok svetlobe, ki hodi po robu med strahom in ljubeznijo,.</w:t>
      </w:r>
    </w:p>
    <w:p>
      <w:pPr>
        <w:pStyle w:val="Heading2"/>
      </w:pPr>
      <w:r>
        <w:t>Verba 110</w:t>
      </w:r>
    </w:p>
    <w:p>
      <w:r>
        <w:t>Ljudje bodo na cerkev, prerokbo in tudi nate **projicirali lastne strahove**.</w:t>
      </w:r>
    </w:p>
    <w:p>
      <w:pPr>
        <w:pStyle w:val="Heading2"/>
      </w:pPr>
      <w:r>
        <w:t>Verba 111</w:t>
      </w:r>
    </w:p>
    <w:p>
      <w:r>
        <w:t>V megli noči, pod zvezdnim nebom,.</w:t>
      </w:r>
    </w:p>
    <w:p>
      <w:pPr>
        <w:pStyle w:val="Heading2"/>
      </w:pPr>
      <w:r>
        <w:t>Verba 112</w:t>
      </w:r>
    </w:p>
    <w:p>
      <w:r>
        <w:t>**nine of wands** nakazuje **previdnost, obrambnost in strah pred ponovnimi napakami**.</w:t>
      </w:r>
    </w:p>
    <w:p>
      <w:pPr>
        <w:pStyle w:val="Heading2"/>
      </w:pPr>
      <w:r>
        <w:t>Verba 113</w:t>
      </w:r>
    </w:p>
    <w:p>
      <w:r>
        <w:t>Moje besede so svetloba v prostoru, kjer je senca postala preglasna.</w:t>
      </w:r>
    </w:p>
    <w:p>
      <w:pPr>
        <w:pStyle w:val="Heading2"/>
      </w:pPr>
      <w:r>
        <w:t>Verba 114</w:t>
      </w:r>
    </w:p>
    <w:p>
      <w:r>
        <w:t>**kaj jo zadržuje** – strah, dvom ali pretekla rana (shadow work oracle).</w:t>
      </w:r>
    </w:p>
    <w:p>
      <w:pPr>
        <w:pStyle w:val="Heading2"/>
      </w:pPr>
      <w:r>
        <w:t>Verba 115</w:t>
      </w:r>
    </w:p>
    <w:p>
      <w:r>
        <w:t>Poudarjena previdnost, lahko tudi notranji dvomi ali strahovi.</w:t>
      </w:r>
    </w:p>
    <w:p>
      <w:pPr>
        <w:pStyle w:val="Heading2"/>
      </w:pPr>
      <w:r>
        <w:t>Verba 116</w:t>
      </w:r>
    </w:p>
    <w:p>
      <w:r>
        <w:t>Lahko je fizično zaposlena ali pa duševno “zvezana” z mislimi, strahovi, odgovornostmi.</w:t>
      </w:r>
    </w:p>
    <w:p>
      <w:pPr>
        <w:pStyle w:val="Heading2"/>
      </w:pPr>
      <w:r>
        <w:t>Verba 117</w:t>
      </w:r>
    </w:p>
    <w:p>
      <w:r>
        <w:t>Spolnost med tema osebama bi bila **dinamična, polna presenečenj, igriva in nepredvidljiva**.</w:t>
      </w:r>
    </w:p>
    <w:p>
      <w:pPr>
        <w:pStyle w:val="Heading2"/>
      </w:pPr>
      <w:r>
        <w:t>Verba 118</w:t>
      </w:r>
    </w:p>
    <w:p>
      <w:r>
        <w:t>- ne bo “sistematično grajen” kot po šabloni.</w:t>
      </w:r>
    </w:p>
    <w:p>
      <w:pPr>
        <w:pStyle w:val="Heading2"/>
      </w:pPr>
      <w:r>
        <w:t>Verba 119</w:t>
      </w:r>
    </w:p>
    <w:p>
      <w:r>
        <w:t>- strah pred soočenjem z resničnostjo.</w:t>
      </w:r>
    </w:p>
    <w:p>
      <w:pPr>
        <w:pStyle w:val="Heading2"/>
      </w:pPr>
      <w:r>
        <w:t>Verba 120</w:t>
      </w:r>
    </w:p>
    <w:p>
      <w:r>
        <w:t>Lepo noč in sanjaj lepo o **svoji punci v belem**.</w:t>
      </w:r>
    </w:p>
    <w:p>
      <w:pPr>
        <w:pStyle w:val="Heading2"/>
      </w:pPr>
      <w:r>
        <w:t>Verba 121</w:t>
      </w:r>
    </w:p>
    <w:p>
      <w:r>
        <w:t>Ta karta v obrnjenem položaju nakazuje, da se bolečina počasi zdravi.</w:t>
      </w:r>
    </w:p>
    <w:p>
      <w:pPr>
        <w:pStyle w:val="Heading2"/>
      </w:pPr>
      <w:r>
        <w:t>Verba 122</w:t>
      </w:r>
    </w:p>
    <w:p>
      <w:r>
        <w:t>(ali `pip3 install flask`, odvisno od sistema).</w:t>
      </w:r>
    </w:p>
    <w:p>
      <w:pPr>
        <w:pStyle w:val="Heading2"/>
      </w:pPr>
      <w:r>
        <w:t>Verba 123</w:t>
      </w:r>
    </w:p>
    <w:p>
      <w:r>
        <w:t>"* senca ne rabi biti odstranjena – potrebuje tvoje vodstvo.</w:t>
      </w:r>
    </w:p>
    <w:p>
      <w:pPr>
        <w:pStyle w:val="Heading2"/>
      </w:pPr>
      <w:r>
        <w:t>Verba 124</w:t>
      </w:r>
    </w:p>
    <w:p>
      <w:r>
        <w:t>**396 hz** – osvoboditev strahu in občutkov krivde.</w:t>
      </w:r>
    </w:p>
    <w:p>
      <w:pPr>
        <w:pStyle w:val="Heading2"/>
      </w:pPr>
      <w:r>
        <w:t>Verba 125</w:t>
      </w:r>
    </w:p>
    <w:p>
      <w:r>
        <w:t>Ne potrebujem sistema, da mi odobri uspeh.</w:t>
      </w:r>
    </w:p>
    <w:p>
      <w:pPr>
        <w:pStyle w:val="Heading2"/>
      </w:pPr>
      <w:r>
        <w:t>Verba 126</w:t>
      </w:r>
    </w:p>
    <w:p>
      <w:r>
        <w:t>- namesto bega pred temo (ego, strah, želje) jo **sprejmemo in transformiramo**.</w:t>
      </w:r>
    </w:p>
    <w:p>
      <w:pPr>
        <w:pStyle w:val="Heading2"/>
      </w:pPr>
      <w:r>
        <w:t>Verba 127</w:t>
      </w:r>
    </w:p>
    <w:p>
      <w:r>
        <w:t>- **dvomi glede sistema, mentorjev ali lastnih prepričanj (hierophant obrnjen)**.</w:t>
      </w:r>
    </w:p>
    <w:p>
      <w:pPr>
        <w:pStyle w:val="Heading2"/>
      </w:pPr>
      <w:r>
        <w:t>Verba 128</w:t>
      </w:r>
    </w:p>
    <w:p>
      <w:r>
        <w:t>Bolečina, ki jo je nekoč močno zaznamovala, zdaj izgublja svojo moč.</w:t>
      </w:r>
    </w:p>
    <w:p>
      <w:pPr>
        <w:pStyle w:val="Heading2"/>
      </w:pPr>
      <w:r>
        <w:t>Verba 129</w:t>
      </w:r>
    </w:p>
    <w:p>
      <w:r>
        <w:t>- lahko je strah, pretekla rana, obrambni zid, ki preprečuje jasen pretok.</w:t>
      </w:r>
    </w:p>
    <w:p>
      <w:pPr>
        <w:pStyle w:val="Heading2"/>
      </w:pPr>
      <w:r>
        <w:t>Verba 130</w:t>
      </w:r>
    </w:p>
    <w:p>
      <w:r>
        <w:t>Izzivi in bolečina, ki vodijo v preobrazbo (10 mečev, hanged man obrnjen)**.</w:t>
      </w:r>
    </w:p>
    <w:p>
      <w:pPr>
        <w:pStyle w:val="Heading2"/>
      </w:pPr>
      <w:r>
        <w:t>Verba 131</w:t>
      </w:r>
    </w:p>
    <w:p>
      <w:r>
        <w:t>Morda tudi strah, da bo ena skupina premalo.</w:t>
      </w:r>
    </w:p>
    <w:p>
      <w:pPr>
        <w:pStyle w:val="Heading2"/>
      </w:pPr>
      <w:r>
        <w:t>Verba 132</w:t>
      </w:r>
    </w:p>
    <w:p>
      <w:r>
        <w:t>Ta karta lahko pomeni, da bi morali govoriti odprto in brez strahu.</w:t>
      </w:r>
    </w:p>
    <w:p>
      <w:pPr>
        <w:pStyle w:val="Heading2"/>
      </w:pPr>
      <w:r>
        <w:t>Verba 133</w:t>
      </w:r>
    </w:p>
    <w:p>
      <w:r>
        <w:t>Občutki zmede in strahu bodo začeli izginjati, ko boš začel sprejemati resnico.</w:t>
      </w:r>
    </w:p>
    <w:p>
      <w:pPr>
        <w:pStyle w:val="Heading2"/>
      </w:pPr>
      <w:r>
        <w:t>Verba 134</w:t>
      </w:r>
    </w:p>
    <w:p>
      <w:r>
        <w:t>Jasnost in resnica prihajata (as mečev), vendar ju moraš sprejeti brez strahu.</w:t>
      </w:r>
    </w:p>
    <w:p>
      <w:pPr>
        <w:pStyle w:val="Heading2"/>
      </w:pPr>
      <w:r>
        <w:t>Verba 135</w:t>
      </w:r>
    </w:p>
    <w:p>
      <w:r>
        <w:t>– izbira, ki je bila nekoč narejena iz strahu ali prisile,.</w:t>
      </w:r>
    </w:p>
    <w:p>
      <w:pPr>
        <w:pStyle w:val="Heading2"/>
      </w:pPr>
      <w:r>
        <w:t>Verba 136</w:t>
      </w:r>
    </w:p>
    <w:p>
      <w:r>
        <w:t>Zdaj ste lahko brez strahu – to je začetek.</w:t>
      </w:r>
    </w:p>
    <w:p>
      <w:pPr>
        <w:pStyle w:val="Heading2"/>
      </w:pPr>
      <w:r>
        <w:t>Verba 137</w:t>
      </w:r>
    </w:p>
    <w:p>
      <w:r>
        <w:t>Pomembno je ostati zbran in ne dovoliti, da strahovi prevladajo.</w:t>
      </w:r>
    </w:p>
    <w:p>
      <w:pPr>
        <w:pStyle w:val="Heading2"/>
      </w:pPr>
      <w:r>
        <w:t>Verba 138</w:t>
      </w:r>
    </w:p>
    <w:p>
      <w:r>
        <w:t>→ *največja nevarnost je strah pred izgubo in pomanjkanjem.</w:t>
      </w:r>
    </w:p>
    <w:p>
      <w:pPr>
        <w:pStyle w:val="Heading2"/>
      </w:pPr>
      <w:r>
        <w:t>Verba 139</w:t>
      </w:r>
    </w:p>
    <w:p>
      <w:r>
        <w:t>&gt; *"tvoja bolečina ni v tem, da nisi dobil –.</w:t>
      </w:r>
    </w:p>
    <w:p>
      <w:pPr>
        <w:pStyle w:val="Heading2"/>
      </w:pPr>
      <w:r>
        <w:t>Verba 140</w:t>
      </w:r>
    </w:p>
    <w:p>
      <w:r>
        <w:t>Pa razvozljava resnico tvojega nočnega sveta.</w:t>
      </w:r>
    </w:p>
    <w:p>
      <w:pPr>
        <w:pStyle w:val="Heading2"/>
      </w:pPr>
      <w:r>
        <w:t>Verba 141</w:t>
      </w:r>
    </w:p>
    <w:p>
      <w:r>
        <w:t>- rakič – čustvena globina, a ranjena.</w:t>
      </w:r>
    </w:p>
    <w:p>
      <w:pPr>
        <w:pStyle w:val="Heading2"/>
      </w:pPr>
      <w:r>
        <w:t>Verba 142</w:t>
      </w:r>
    </w:p>
    <w:p>
      <w:r>
        <w:t>– “dve silhueti v zvezdni noči”.</w:t>
      </w:r>
    </w:p>
    <w:p>
      <w:pPr>
        <w:pStyle w:val="Heading2"/>
      </w:pPr>
      <w:r>
        <w:t>Verba 143</w:t>
      </w:r>
    </w:p>
    <w:p>
      <w:r>
        <w:t>Lahko ti jih napišem 108, razdeljene po temah (npr.</w:t>
      </w:r>
    </w:p>
    <w:p>
      <w:pPr>
        <w:pStyle w:val="Heading2"/>
      </w:pPr>
      <w:r>
        <w:t>Verba 144</w:t>
      </w:r>
    </w:p>
    <w:p>
      <w:r>
        <w:t>&gt; tvoja senca ni breme – je dokaz, da svetiš.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