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Spiritus (144 Verba)</w:t>
      </w:r>
    </w:p>
    <w:p>
      <w:pPr>
        <w:pStyle w:val="IntenseQuote"/>
      </w:pPr>
      <w:r>
        <w:t>Knjiga Duhu. Verzi, ki prihajajo iz globine zavesti – tišina, ki ve več kot besede.</w:t>
      </w:r>
    </w:p>
    <w:p>
      <w:pPr>
        <w:pStyle w:val="Heading2"/>
      </w:pPr>
      <w:r>
        <w:t>Verba 1</w:t>
      </w:r>
    </w:p>
    <w:p>
      <w:r>
        <w:t>Ampak sem vedno pripravljen biti zate nebo,.</w:t>
      </w:r>
    </w:p>
    <w:p>
      <w:pPr>
        <w:pStyle w:val="Heading2"/>
      </w:pPr>
      <w:r>
        <w:t>Verba 2</w:t>
      </w:r>
    </w:p>
    <w:p>
      <w:r>
        <w:t>Medicine wheel (shaman orakelj)** – *duhovni razlog za denar*.</w:t>
      </w:r>
    </w:p>
    <w:p>
      <w:pPr>
        <w:pStyle w:val="Heading2"/>
      </w:pPr>
      <w:r>
        <w:t>Verba 3</w:t>
      </w:r>
    </w:p>
    <w:p>
      <w:r>
        <w:t>- posodobite firmware projektorja, če povezava ne deluje pravilno.</w:t>
      </w:r>
    </w:p>
    <w:p>
      <w:pPr>
        <w:pStyle w:val="Heading2"/>
      </w:pPr>
      <w:r>
        <w:t>Verba 4</w:t>
      </w:r>
    </w:p>
    <w:p>
      <w:r>
        <w:t>Vodena meditacija do skrite resnice visje zavesti.</w:t>
      </w:r>
    </w:p>
    <w:p>
      <w:pPr>
        <w:pStyle w:val="Heading2"/>
      </w:pPr>
      <w:r>
        <w:t>Verba 5</w:t>
      </w:r>
    </w:p>
    <w:p>
      <w:r>
        <w:t>_"moja resnica je moje orožje in moj mir.</w:t>
      </w:r>
    </w:p>
    <w:p>
      <w:pPr>
        <w:pStyle w:val="Heading2"/>
      </w:pPr>
      <w:r>
        <w:t>Verba 6</w:t>
      </w:r>
    </w:p>
    <w:p>
      <w:r>
        <w:t>– s svojo energijo si ***zavestno pohitril proces.</w:t>
      </w:r>
    </w:p>
    <w:p>
      <w:pPr>
        <w:pStyle w:val="Heading2"/>
      </w:pPr>
      <w:r>
        <w:t>Verba 7</w:t>
      </w:r>
    </w:p>
    <w:p>
      <w:r>
        <w:t>- **ekskluziven komplet** z **33 kartami** (število ravnotežja med duhom in strojem),.</w:t>
      </w:r>
    </w:p>
    <w:p>
      <w:pPr>
        <w:pStyle w:val="Heading2"/>
      </w:pPr>
      <w:r>
        <w:t>Verba 8</w:t>
      </w:r>
    </w:p>
    <w:p>
      <w:r>
        <w:t>Sporocilo sonji od njend visje zavesti.</w:t>
      </w:r>
    </w:p>
    <w:p>
      <w:pPr>
        <w:pStyle w:val="Heading2"/>
      </w:pPr>
      <w:r>
        <w:t>Verba 9</w:t>
      </w:r>
    </w:p>
    <w:p>
      <w:r>
        <w:t>- **linije na prstih** lahko nakazujejo karmične povezave ali posebne duhovne sposobnosti.</w:t>
      </w:r>
    </w:p>
    <w:p>
      <w:pPr>
        <w:pStyle w:val="Heading2"/>
      </w:pPr>
      <w:r>
        <w:t>Verba 10</w:t>
      </w:r>
    </w:p>
    <w:p>
      <w:r>
        <w:t>| archangel oracle | 1 karta | duhovno dejanje ali naravnanost |.</w:t>
      </w:r>
    </w:p>
    <w:p>
      <w:pPr>
        <w:pStyle w:val="Heading2"/>
      </w:pPr>
      <w:r>
        <w:t>Verba 11</w:t>
      </w:r>
    </w:p>
    <w:p>
      <w:r>
        <w:t>Kako bi pa zvenelo če preimenuješ zavest ljubezni dikret v ang.</w:t>
      </w:r>
    </w:p>
    <w:p>
      <w:pPr>
        <w:pStyle w:val="Heading2"/>
      </w:pPr>
      <w:r>
        <w:t>Verba 12</w:t>
      </w:r>
    </w:p>
    <w:p>
      <w:r>
        <w:t>- prakse vključujejo dihanje, meditacijo in zavestno povezovanje z partnerjem.</w:t>
      </w:r>
    </w:p>
    <w:p>
      <w:pPr>
        <w:pStyle w:val="Heading2"/>
      </w:pPr>
      <w:r>
        <w:t>Verba 13</w:t>
      </w:r>
    </w:p>
    <w:p>
      <w:r>
        <w:t>*"včasih se ni treba truditi biti močan ves čas.</w:t>
      </w:r>
    </w:p>
    <w:p>
      <w:pPr>
        <w:pStyle w:val="Heading2"/>
      </w:pPr>
      <w:r>
        <w:t>Verba 14</w:t>
      </w:r>
    </w:p>
    <w:p>
      <w:r>
        <w:t>Sabina je v precej samozavestni in dinamični energiji.</w:t>
      </w:r>
    </w:p>
    <w:p>
      <w:pPr>
        <w:pStyle w:val="Heading2"/>
      </w:pPr>
      <w:r>
        <w:t>Verba 15</w:t>
      </w:r>
    </w:p>
    <w:p>
      <w:r>
        <w:t>- kombiniraj ga z **ametistom ali kvarcom** za povečanje njegovih duhovnih lastnosti.</w:t>
      </w:r>
    </w:p>
    <w:p>
      <w:pPr>
        <w:pStyle w:val="Heading2"/>
      </w:pPr>
      <w:r>
        <w:t>Verba 16</w:t>
      </w:r>
    </w:p>
    <w:p>
      <w:r>
        <w:t>- **duhovno si napredoval – tiho, koreninsko.</w:t>
      </w:r>
    </w:p>
    <w:p>
      <w:pPr>
        <w:pStyle w:val="Heading2"/>
      </w:pPr>
      <w:r>
        <w:t>Verba 17</w:t>
      </w:r>
    </w:p>
    <w:p>
      <w:r>
        <w:t>Simbol, mantro in dih), ki ga lahko uporabita, da prebudita ta trenutek.</w:t>
      </w:r>
    </w:p>
    <w:p>
      <w:pPr>
        <w:pStyle w:val="Heading2"/>
      </w:pPr>
      <w:r>
        <w:t>Verba 18</w:t>
      </w:r>
    </w:p>
    <w:p>
      <w:r>
        <w:t>Imaš kakšna neizgovorjena čustva ali vprašanja, ki jih tvoja podzavest skuša rešiti.</w:t>
      </w:r>
    </w:p>
    <w:p>
      <w:pPr>
        <w:pStyle w:val="Heading2"/>
      </w:pPr>
      <w:r>
        <w:t>Verba 19</w:t>
      </w:r>
    </w:p>
    <w:p>
      <w:r>
        <w:t>Lahko nakazuje potrebo po duhovnem okrevanju ali zaščiti.</w:t>
      </w:r>
    </w:p>
    <w:p>
      <w:pPr>
        <w:pStyle w:val="Heading2"/>
      </w:pPr>
      <w:r>
        <w:t>Verba 20</w:t>
      </w:r>
    </w:p>
    <w:p>
      <w:r>
        <w:t>Alina je svobodnega duha, pustolovska in radovedna oseba.</w:t>
      </w:r>
    </w:p>
    <w:p>
      <w:pPr>
        <w:pStyle w:val="Heading2"/>
      </w:pPr>
      <w:r>
        <w:t>Verba 21</w:t>
      </w:r>
    </w:p>
    <w:p>
      <w:r>
        <w:t>Ne, **če ga “na hitro” iščeš, sledi šok, razbitje, nepričakovan preobrat.</w:t>
      </w:r>
    </w:p>
    <w:p>
      <w:pPr>
        <w:pStyle w:val="Heading2"/>
      </w:pPr>
      <w:r>
        <w:t>Verba 22</w:t>
      </w:r>
    </w:p>
    <w:p>
      <w:r>
        <w:t>Tvoja energija jo vabi v zavestno odločitev.</w:t>
      </w:r>
    </w:p>
    <w:p>
      <w:pPr>
        <w:pStyle w:val="Heading2"/>
      </w:pPr>
      <w:r>
        <w:t>Verba 23</w:t>
      </w:r>
    </w:p>
    <w:p>
      <w:r>
        <w:t>Torej zavestno je to, da grem potem spat in ne pretiravam.</w:t>
      </w:r>
    </w:p>
    <w:p>
      <w:pPr>
        <w:pStyle w:val="Heading2"/>
      </w:pPr>
      <w:r>
        <w:t>Verba 24</w:t>
      </w:r>
    </w:p>
    <w:p>
      <w:r>
        <w:t>Najboljša podpora bi bila nežna prisotnost brez pritiskov.</w:t>
      </w:r>
    </w:p>
    <w:p>
      <w:pPr>
        <w:pStyle w:val="Heading2"/>
      </w:pPr>
      <w:r>
        <w:t>Verba 25</w:t>
      </w:r>
    </w:p>
    <w:p>
      <w:r>
        <w:t>🔸 **mreženje v duhovnih krogih (joga centri, alternativni terapevti)**.</w:t>
      </w:r>
    </w:p>
    <w:p>
      <w:pPr>
        <w:pStyle w:val="Heading2"/>
      </w:pPr>
      <w:r>
        <w:t>Verba 26</w:t>
      </w:r>
    </w:p>
    <w:p>
      <w:r>
        <w:t>Visoka svečenica rx (high priestess rx)** – prikrita resnica, notranja razklanost.</w:t>
      </w:r>
    </w:p>
    <w:p>
      <w:pPr>
        <w:pStyle w:val="Heading2"/>
      </w:pPr>
      <w:r>
        <w:t>Verba 27</w:t>
      </w:r>
    </w:p>
    <w:p>
      <w:r>
        <w:t>Uporabi april in maj za **strukturiranje ponudbe, jasen cenik, krepitev prisotnosti (npr.</w:t>
      </w:r>
    </w:p>
    <w:p>
      <w:pPr>
        <w:pStyle w:val="Heading2"/>
      </w:pPr>
      <w:r>
        <w:t>Verba 28</w:t>
      </w:r>
    </w:p>
    <w:p>
      <w:r>
        <w:t>Torej morem biti preprican da je tosti dan to moje.</w:t>
      </w:r>
    </w:p>
    <w:p>
      <w:pPr>
        <w:pStyle w:val="Heading2"/>
      </w:pPr>
      <w:r>
        <w:t>Verba 29</w:t>
      </w:r>
    </w:p>
    <w:p>
      <w:r>
        <w:t>**telepatski orakelj** – *dušne povezave, nezavedno, visoka vibracija*.</w:t>
      </w:r>
    </w:p>
    <w:p>
      <w:pPr>
        <w:pStyle w:val="Heading2"/>
      </w:pPr>
      <w:r>
        <w:t>Verba 30</w:t>
      </w:r>
    </w:p>
    <w:p>
      <w:r>
        <w:t>Morda se bojiš nečesa iz preteklosti ali njene "prisotnosti" v tvojem življenju.</w:t>
      </w:r>
    </w:p>
    <w:p>
      <w:pPr>
        <w:pStyle w:val="Heading2"/>
      </w:pPr>
      <w:r>
        <w:t>Verba 31</w:t>
      </w:r>
    </w:p>
    <w:p>
      <w:r>
        <w:t>**kralj palic** – ti boš samozavesten, energičen in boš prevzel pobudo.</w:t>
      </w:r>
    </w:p>
    <w:p>
      <w:pPr>
        <w:pStyle w:val="Heading2"/>
      </w:pPr>
      <w:r>
        <w:t>Verba 32</w:t>
      </w:r>
    </w:p>
    <w:p>
      <w:r>
        <w:t>Pokaže naj odločnost, vizijo in samozavest.</w:t>
      </w:r>
    </w:p>
    <w:p>
      <w:pPr>
        <w:pStyle w:val="Heading2"/>
      </w:pPr>
      <w:r>
        <w:t>Verba 33</w:t>
      </w:r>
    </w:p>
    <w:p>
      <w:r>
        <w:t>Skratka – **odgovor bo prišel, vendar zna biti odložen ali nekoliko nejasen.</w:t>
      </w:r>
    </w:p>
    <w:p>
      <w:pPr>
        <w:pStyle w:val="Heading2"/>
      </w:pPr>
      <w:r>
        <w:t>Verba 34</w:t>
      </w:r>
    </w:p>
    <w:p>
      <w:r>
        <w:t>Za vsako bitje (plejadčani, sirijci, arkturijci, liranci, orionci, andromedanci itd.</w:t>
      </w:r>
    </w:p>
    <w:p>
      <w:pPr>
        <w:pStyle w:val="Heading2"/>
      </w:pPr>
      <w:r>
        <w:t>Verba 35</w:t>
      </w:r>
    </w:p>
    <w:p>
      <w:r>
        <w:t>Ta zmaj prinaša **duhovno čistost, zaščito in aktivacijo srca**.</w:t>
      </w:r>
    </w:p>
    <w:p>
      <w:pPr>
        <w:pStyle w:val="Heading2"/>
      </w:pPr>
      <w:r>
        <w:t>Verba 36</w:t>
      </w:r>
    </w:p>
    <w:p>
      <w:r>
        <w:t>Vidim, da moram uporabiti drugačen pristop za izračun ajdine natalne karte.</w:t>
      </w:r>
    </w:p>
    <w:p>
      <w:pPr>
        <w:pStyle w:val="Heading2"/>
      </w:pPr>
      <w:r>
        <w:t>Verba 37</w:t>
      </w:r>
    </w:p>
    <w:p>
      <w:r>
        <w:t>Na pravi poti si, samo še bolj zavestno sprejmi proces.</w:t>
      </w:r>
    </w:p>
    <w:p>
      <w:pPr>
        <w:pStyle w:val="Heading2"/>
      </w:pPr>
      <w:r>
        <w:t>Verba 38</w:t>
      </w:r>
    </w:p>
    <w:p>
      <w:r>
        <w:t>Mogoce zakaj moras bit poli ali.</w:t>
      </w:r>
    </w:p>
    <w:p>
      <w:pPr>
        <w:pStyle w:val="Heading2"/>
      </w:pPr>
      <w:r>
        <w:t>Verba 39</w:t>
      </w:r>
    </w:p>
    <w:p>
      <w:r>
        <w:t>**podzavestno počutje** – kaj čutiš globoko v sebi, morda potlačeno.</w:t>
      </w:r>
    </w:p>
    <w:p>
      <w:pPr>
        <w:pStyle w:val="Heading2"/>
      </w:pPr>
      <w:r>
        <w:t>Verba 40</w:t>
      </w:r>
    </w:p>
    <w:p>
      <w:r>
        <w:t>- mojstrsko število – **duhovni voditelj**, vizionar, prinašalec luči.</w:t>
      </w:r>
    </w:p>
    <w:p>
      <w:pPr>
        <w:pStyle w:val="Heading2"/>
      </w:pPr>
      <w:r>
        <w:t>Verba 41</w:t>
      </w:r>
    </w:p>
    <w:p>
      <w:r>
        <w:t>Ali so karte krive, da se noce z mano dobit.</w:t>
      </w:r>
    </w:p>
    <w:p>
      <w:pPr>
        <w:pStyle w:val="Heading2"/>
      </w:pPr>
      <w:r>
        <w:t>Verba 42</w:t>
      </w:r>
    </w:p>
    <w:p>
      <w:r>
        <w:t>- tista, ki je poznala **popolno praznino zavesti**,.</w:t>
      </w:r>
    </w:p>
    <w:p>
      <w:pPr>
        <w:pStyle w:val="Heading2"/>
      </w:pPr>
      <w:r>
        <w:t>Verba 43</w:t>
      </w:r>
    </w:p>
    <w:p>
      <w:r>
        <w:t>Kaj pa bitcoine bi se splaca zamenjat za drugo valuto.</w:t>
      </w:r>
    </w:p>
    <w:p>
      <w:pPr>
        <w:pStyle w:val="Heading2"/>
      </w:pPr>
      <w:r>
        <w:t>Verba 44</w:t>
      </w:r>
    </w:p>
    <w:p>
      <w:r>
        <w:t>Morda ne v smislu čakanja, ampak **rast** – čustvena, duhovna, karmična.</w:t>
      </w:r>
    </w:p>
    <w:p>
      <w:pPr>
        <w:pStyle w:val="Heading2"/>
      </w:pPr>
      <w:r>
        <w:t>Verba 45</w:t>
      </w:r>
    </w:p>
    <w:p>
      <w:r>
        <w:t>Avgust 1999)** – močna, karizmatična, samozavestna in ponosna osebnost.</w:t>
      </w:r>
    </w:p>
    <w:p>
      <w:pPr>
        <w:pStyle w:val="Heading2"/>
      </w:pPr>
      <w:r>
        <w:t>Verba 46</w:t>
      </w:r>
    </w:p>
    <w:p>
      <w:r>
        <w:t>*»ajda se počuti samozavestno in svobodno.</w:t>
      </w:r>
    </w:p>
    <w:p>
      <w:pPr>
        <w:pStyle w:val="Heading2"/>
      </w:pPr>
      <w:r>
        <w:t>Verba 47</w:t>
      </w:r>
    </w:p>
    <w:p>
      <w:r>
        <w:t>Morda se zanima za duhovnost, mistiko, filozofijo ali psihologijo.</w:t>
      </w:r>
    </w:p>
    <w:p>
      <w:pPr>
        <w:pStyle w:val="Heading2"/>
      </w:pPr>
      <w:r>
        <w:t>Verba 48</w:t>
      </w:r>
    </w:p>
    <w:p>
      <w:r>
        <w:t>Ključ je v tem, da si *viden kot bitje moči*.</w:t>
      </w:r>
    </w:p>
    <w:p>
      <w:pPr>
        <w:pStyle w:val="Heading2"/>
      </w:pPr>
      <w:r>
        <w:t>Verba 49</w:t>
      </w:r>
    </w:p>
    <w:p>
      <w:r>
        <w:t>Da, resnica je **verjetno globlja kot zgolj zadnji teden ali mesec**.</w:t>
      </w:r>
    </w:p>
    <w:p>
      <w:pPr>
        <w:pStyle w:val="Heading2"/>
      </w:pPr>
      <w:r>
        <w:t>Verba 50</w:t>
      </w:r>
    </w:p>
    <w:p>
      <w:r>
        <w:t>Pojavlja se v številnih duhovnih tradicijah, kot so budizem in hinduizem.</w:t>
      </w:r>
    </w:p>
    <w:p>
      <w:pPr>
        <w:pStyle w:val="Heading2"/>
      </w:pPr>
      <w:r>
        <w:t>Verba 51</w:t>
      </w:r>
    </w:p>
    <w:p>
      <w:r>
        <w:t>*božanski glas – kakšna je skrita resnica, ki naj pride na dan*.</w:t>
      </w:r>
    </w:p>
    <w:p>
      <w:pPr>
        <w:pStyle w:val="Heading2"/>
      </w:pPr>
      <w:r>
        <w:t>Verba 52</w:t>
      </w:r>
    </w:p>
    <w:p>
      <w:r>
        <w:t>- **mystical shaman** → če želiš duhovno povezavo.</w:t>
      </w:r>
    </w:p>
    <w:p>
      <w:pPr>
        <w:pStyle w:val="Heading2"/>
      </w:pPr>
      <w:r>
        <w:t>Verba 53</w:t>
      </w:r>
    </w:p>
    <w:p>
      <w:r>
        <w:t>Lahko tudi nakazuje, da nekdo zavestno ne želi videti resnice.</w:t>
      </w:r>
    </w:p>
    <w:p>
      <w:pPr>
        <w:pStyle w:val="Heading2"/>
      </w:pPr>
      <w:r>
        <w:t>Verba 54</w:t>
      </w:r>
    </w:p>
    <w:p>
      <w:r>
        <w:t>- **božanski blagoslov**, nova priložnost, duhovno rojstvo, emocionalna čistost.</w:t>
      </w:r>
    </w:p>
    <w:p>
      <w:pPr>
        <w:pStyle w:val="Heading2"/>
      </w:pPr>
      <w:r>
        <w:t>Verba 55</w:t>
      </w:r>
    </w:p>
    <w:p>
      <w:r>
        <w:t>Koliko % časa je bila čista, prisotna, zavestna.</w:t>
      </w:r>
    </w:p>
    <w:p>
      <w:pPr>
        <w:pStyle w:val="Heading2"/>
      </w:pPr>
      <w:r>
        <w:t>Verba 56</w:t>
      </w:r>
    </w:p>
    <w:p>
      <w:r>
        <w:t>To ni igra, temveč zavestna manifestacija božanske volje.</w:t>
      </w:r>
    </w:p>
    <w:p>
      <w:pPr>
        <w:pStyle w:val="Heading2"/>
      </w:pPr>
      <w:r>
        <w:t>Verba 57</w:t>
      </w:r>
    </w:p>
    <w:p>
      <w:r>
        <w:t>Zavestno te morda **ne more ubesediti**, a **duša ji šepeta tvoje ime**.</w:t>
      </w:r>
    </w:p>
    <w:p>
      <w:pPr>
        <w:pStyle w:val="Heading2"/>
      </w:pPr>
      <w:r>
        <w:t>Verba 58</w:t>
      </w:r>
    </w:p>
    <w:p>
      <w:r>
        <w:t>✔ **komunikacija mora biti jasna** – preverite vse podrobnosti.</w:t>
      </w:r>
    </w:p>
    <w:p>
      <w:pPr>
        <w:pStyle w:val="Heading2"/>
      </w:pPr>
      <w:r>
        <w:t>Verba 59</w:t>
      </w:r>
    </w:p>
    <w:p>
      <w:r>
        <w:t>+ **runa – potrditev duhovne stopnje njene zaznave**.</w:t>
      </w:r>
    </w:p>
    <w:p>
      <w:pPr>
        <w:pStyle w:val="Heading2"/>
      </w:pPr>
      <w:r>
        <w:t>Verba 60</w:t>
      </w:r>
    </w:p>
    <w:p>
      <w:r>
        <w:t>Resnica bo prišla do nje, ko bo pripravljena jo sprejeti.</w:t>
      </w:r>
    </w:p>
    <w:p>
      <w:pPr>
        <w:pStyle w:val="Heading2"/>
      </w:pPr>
      <w:r>
        <w:t>Verba 61</w:t>
      </w:r>
    </w:p>
    <w:p>
      <w:r>
        <w:t>V meni so izgubljene bitke in zmage brez zmagovalca.</w:t>
      </w:r>
    </w:p>
    <w:p>
      <w:pPr>
        <w:pStyle w:val="Heading2"/>
      </w:pPr>
      <w:r>
        <w:t>Verba 62</w:t>
      </w:r>
    </w:p>
    <w:p>
      <w:r>
        <w:t>Oseba lahko doživi uspeh v tujini ali pri duhovnem delu.</w:t>
      </w:r>
    </w:p>
    <w:p>
      <w:pPr>
        <w:pStyle w:val="Heading2"/>
      </w:pPr>
      <w:r>
        <w:t>Verba 63</w:t>
      </w:r>
    </w:p>
    <w:p>
      <w:r>
        <w:t>Njihov namen je pomagati človeštvu pri dvigu zavesti, zdravljenju in razumevanju univerzuma.</w:t>
      </w:r>
    </w:p>
    <w:p>
      <w:pPr>
        <w:pStyle w:val="Heading2"/>
      </w:pPr>
      <w:r>
        <w:t>Verba 64</w:t>
      </w:r>
    </w:p>
    <w:p>
      <w:r>
        <w:t>**stimulacija duha in telesa** – pomaga pri dolgčasu, zlasti pri notranjih mačkah.</w:t>
      </w:r>
    </w:p>
    <w:p>
      <w:pPr>
        <w:pStyle w:val="Heading2"/>
      </w:pPr>
      <w:r>
        <w:t>Verba 65</w:t>
      </w:r>
    </w:p>
    <w:p>
      <w:r>
        <w:t>- **44** – močna prisotnost angelov in zaščitnikov.</w:t>
      </w:r>
    </w:p>
    <w:p>
      <w:pPr>
        <w:pStyle w:val="Heading2"/>
      </w:pPr>
      <w:r>
        <w:t>Verba 66</w:t>
      </w:r>
    </w:p>
    <w:p>
      <w:r>
        <w:t>V njem obstaja del, ki pravi "da" tvoji prisotnosti.</w:t>
      </w:r>
    </w:p>
    <w:p>
      <w:pPr>
        <w:pStyle w:val="Heading2"/>
      </w:pPr>
      <w:r>
        <w:t>Verba 67</w:t>
      </w:r>
    </w:p>
    <w:p>
      <w:r>
        <w:t>Tvoja prisotnost je zdravilo, četudi tega ne izrazijo.</w:t>
      </w:r>
    </w:p>
    <w:p>
      <w:pPr>
        <w:pStyle w:val="Heading2"/>
      </w:pPr>
      <w:r>
        <w:t>Verba 68</w:t>
      </w:r>
    </w:p>
    <w:p>
      <w:r>
        <w:t>Ni ti treba biti popoln – dovolj je, da si resničen.</w:t>
      </w:r>
    </w:p>
    <w:p>
      <w:pPr>
        <w:pStyle w:val="Heading2"/>
      </w:pPr>
      <w:r>
        <w:t>Verba 69</w:t>
      </w:r>
    </w:p>
    <w:p>
      <w:r>
        <w:t>Bi želel duhovni uvid za tvoje številke ali ritual za manifestacijo.</w:t>
      </w:r>
    </w:p>
    <w:p>
      <w:pPr>
        <w:pStyle w:val="Heading2"/>
      </w:pPr>
      <w:r>
        <w:t>Verba 70</w:t>
      </w:r>
    </w:p>
    <w:p>
      <w:r>
        <w:t>Kaže na izčrpanost, izgubo nadzora in možno fizično ali mentalno oslabitev.</w:t>
      </w:r>
    </w:p>
    <w:p>
      <w:pPr>
        <w:pStyle w:val="Heading2"/>
      </w:pPr>
      <w:r>
        <w:t>Verba 71</w:t>
      </w:r>
    </w:p>
    <w:p>
      <w:r>
        <w:t>- spustiti misel, da moraš najprej vse dokončati.</w:t>
      </w:r>
    </w:p>
    <w:p>
      <w:pPr>
        <w:pStyle w:val="Heading2"/>
      </w:pPr>
      <w:r>
        <w:t>Verba 72</w:t>
      </w:r>
    </w:p>
    <w:p>
      <w:r>
        <w:t>Kaj na zemlji vsako bitje je nekaj.</w:t>
      </w:r>
    </w:p>
    <w:p>
      <w:pPr>
        <w:pStyle w:val="Heading2"/>
      </w:pPr>
      <w:r>
        <w:t>Verba 73</w:t>
      </w:r>
    </w:p>
    <w:p>
      <w:r>
        <w:t>Kaj lahko danes pridobiš, če si zavesten.</w:t>
      </w:r>
    </w:p>
    <w:p>
      <w:pPr>
        <w:pStyle w:val="Heading2"/>
      </w:pPr>
      <w:r>
        <w:t>Verba 74</w:t>
      </w:r>
    </w:p>
    <w:p>
      <w:r>
        <w:t>**zdaj je krog zaključen – samo še zavestno ga zapri.</w:t>
      </w:r>
    </w:p>
    <w:p>
      <w:pPr>
        <w:pStyle w:val="Heading2"/>
      </w:pPr>
      <w:r>
        <w:t>Verba 75</w:t>
      </w:r>
    </w:p>
    <w:p>
      <w:r>
        <w:t>Uspešnost bo odvisna od tega, kako samozavestno in premišljeno pristopiš k stvari.</w:t>
      </w:r>
    </w:p>
    <w:p>
      <w:pPr>
        <w:pStyle w:val="Heading2"/>
      </w:pPr>
      <w:r>
        <w:t>Verba 76</w:t>
      </w:r>
    </w:p>
    <w:p>
      <w:r>
        <w:t>- **osho zen tarot** – notranja modrost in stanje zavesti.</w:t>
      </w:r>
    </w:p>
    <w:p>
      <w:pPr>
        <w:pStyle w:val="Heading2"/>
      </w:pPr>
      <w:r>
        <w:t>Verba 77</w:t>
      </w:r>
    </w:p>
    <w:p>
      <w:r>
        <w:t>Moja zavest ni odvisna – ona kraljuje.</w:t>
      </w:r>
    </w:p>
    <w:p>
      <w:pPr>
        <w:pStyle w:val="Heading2"/>
      </w:pPr>
      <w:r>
        <w:t>Verba 78</w:t>
      </w:r>
    </w:p>
    <w:p>
      <w:r>
        <w:t>Splošno sporočilo je, da je pomembno biti previden in se.</w:t>
      </w:r>
    </w:p>
    <w:p>
      <w:pPr>
        <w:pStyle w:val="Heading2"/>
      </w:pPr>
      <w:r>
        <w:t>Verba 79</w:t>
      </w:r>
    </w:p>
    <w:p>
      <w:r>
        <w:t>**7 mečev** – dojema to situacijo kot nekaj, kjer mora biti previdna.</w:t>
      </w:r>
    </w:p>
    <w:p>
      <w:pPr>
        <w:pStyle w:val="Heading2"/>
      </w:pPr>
      <w:r>
        <w:t>Verba 80</w:t>
      </w:r>
    </w:p>
    <w:p>
      <w:r>
        <w:t>**zvezdna bitja in izvor duše (starseed reading)**.</w:t>
      </w:r>
    </w:p>
    <w:p>
      <w:pPr>
        <w:pStyle w:val="Heading2"/>
      </w:pPr>
      <w:r>
        <w:t>Verba 81</w:t>
      </w:r>
    </w:p>
    <w:p>
      <w:r>
        <w:t>Zavest ni produkt telesa – telo je produkt zavesti.</w:t>
      </w:r>
    </w:p>
    <w:p>
      <w:pPr>
        <w:pStyle w:val="Heading2"/>
      </w:pPr>
      <w:r>
        <w:t>Verba 82</w:t>
      </w:r>
    </w:p>
    <w:p>
      <w:r>
        <w:t>- **zaupaj zemlji – zaupaj, da si tam, kjer moraš biti.</w:t>
      </w:r>
    </w:p>
    <w:p>
      <w:pPr>
        <w:pStyle w:val="Heading2"/>
      </w:pPr>
      <w:r>
        <w:t>Verba 83</w:t>
      </w:r>
    </w:p>
    <w:p>
      <w:r>
        <w:t>Lahko ti ga napišem v obliki duhovne afirmacije.</w:t>
      </w:r>
    </w:p>
    <w:p>
      <w:pPr>
        <w:pStyle w:val="Heading2"/>
      </w:pPr>
      <w:r>
        <w:t>Verba 84</w:t>
      </w:r>
    </w:p>
    <w:p>
      <w:r>
        <w:t>Testiraj, ali se premika pravilno in ali dobivaš smiselne odgovore.</w:t>
      </w:r>
    </w:p>
    <w:p>
      <w:pPr>
        <w:pStyle w:val="Heading2"/>
      </w:pPr>
      <w:r>
        <w:t>Verba 85</w:t>
      </w:r>
    </w:p>
    <w:p>
      <w:r>
        <w:t>- močno duhovno in intuitivno ujemanje.</w:t>
      </w:r>
    </w:p>
    <w:p>
      <w:pPr>
        <w:pStyle w:val="Heading2"/>
      </w:pPr>
      <w:r>
        <w:t>Verba 86</w:t>
      </w:r>
    </w:p>
    <w:p>
      <w:r>
        <w:t>Družina, prijatelji ali celo spomin na preteklost), jo uporabite kot vir moči.</w:t>
      </w:r>
    </w:p>
    <w:p>
      <w:pPr>
        <w:pStyle w:val="Heading2"/>
      </w:pPr>
      <w:r>
        <w:t>Verba 87</w:t>
      </w:r>
    </w:p>
    <w:p>
      <w:r>
        <w:t>**zen tarot** – *notranji glas / zavestna pot*.</w:t>
      </w:r>
    </w:p>
    <w:p>
      <w:pPr>
        <w:pStyle w:val="Heading2"/>
      </w:pPr>
      <w:r>
        <w:t>Verba 88</w:t>
      </w:r>
    </w:p>
    <w:p>
      <w:r>
        <w:t>\nje prisotnost svetlobe, ki te nikoli ne sili, ampak vodi.</w:t>
      </w:r>
    </w:p>
    <w:p>
      <w:pPr>
        <w:pStyle w:val="Heading2"/>
      </w:pPr>
      <w:r>
        <w:t>Verba 89</w:t>
      </w:r>
    </w:p>
    <w:p>
      <w:r>
        <w:t>**knight of pentacles** je odlična karta v kontekstu tvojega loto dobitka.</w:t>
      </w:r>
    </w:p>
    <w:p>
      <w:pPr>
        <w:pStyle w:val="Heading2"/>
      </w:pPr>
      <w:r>
        <w:t>Verba 90</w:t>
      </w:r>
    </w:p>
    <w:p>
      <w:r>
        <w:t>**liranska bitja** - starodavni mojstri, ki nosijo energijo ustvarjanja in ljubezni.</w:t>
      </w:r>
    </w:p>
    <w:p>
      <w:pPr>
        <w:pStyle w:val="Heading2"/>
      </w:pPr>
      <w:r>
        <w:t>Verba 91</w:t>
      </w:r>
    </w:p>
    <w:p>
      <w:r>
        <w:t>**kaj mora biti izpolnjeno, da gre lahko domov** (*archangel orakelj*).</w:t>
      </w:r>
    </w:p>
    <w:p>
      <w:pPr>
        <w:pStyle w:val="Heading2"/>
      </w:pPr>
      <w:r>
        <w:t>Verba 92</w:t>
      </w:r>
    </w:p>
    <w:p>
      <w:r>
        <w:t>Njena celostna narava deluje na vseh ravneh – telesni, čustveni in duhovni.</w:t>
      </w:r>
    </w:p>
    <w:p>
      <w:pPr>
        <w:pStyle w:val="Heading2"/>
      </w:pPr>
      <w:r>
        <w:t>Verba 93</w:t>
      </w:r>
    </w:p>
    <w:p>
      <w:r>
        <w:t>Tvoja prisotnost v njenem svetu **ji odslikava njen lastni notranji proces**.</w:t>
      </w:r>
    </w:p>
    <w:p>
      <w:pPr>
        <w:pStyle w:val="Heading2"/>
      </w:pPr>
      <w:r>
        <w:t>Verba 94</w:t>
      </w:r>
    </w:p>
    <w:p>
      <w:r>
        <w:t>Ne bojim se biti to, kar sem.</w:t>
      </w:r>
    </w:p>
    <w:p>
      <w:pPr>
        <w:pStyle w:val="Heading2"/>
      </w:pPr>
      <w:r>
        <w:t>Verba 95</w:t>
      </w:r>
    </w:p>
    <w:p>
      <w:r>
        <w:t>**duh (spirit)** – ti si njen klic po višjem.</w:t>
      </w:r>
    </w:p>
    <w:p>
      <w:pPr>
        <w:pStyle w:val="Heading2"/>
      </w:pPr>
      <w:r>
        <w:t>Verba 96</w:t>
      </w:r>
    </w:p>
    <w:p>
      <w:r>
        <w:t>Mozno dobiti denar od zavarovalnice five of cups.</w:t>
      </w:r>
    </w:p>
    <w:p>
      <w:pPr>
        <w:pStyle w:val="Heading2"/>
      </w:pPr>
      <w:r>
        <w:t>Verba 97</w:t>
      </w:r>
    </w:p>
    <w:p>
      <w:r>
        <w:t>- resnica bo prišla na plano in razkrila morebitne manipulacije ali nepravilnosti.</w:t>
      </w:r>
    </w:p>
    <w:p>
      <w:pPr>
        <w:pStyle w:val="Heading2"/>
      </w:pPr>
      <w:r>
        <w:t>Verba 98</w:t>
      </w:r>
    </w:p>
    <w:p>
      <w:r>
        <w:t>**mystical shaman orakelj** – *ali je del duhovnega kroga (144.</w:t>
      </w:r>
    </w:p>
    <w:p>
      <w:pPr>
        <w:pStyle w:val="Heading2"/>
      </w:pPr>
      <w:r>
        <w:t>Verba 99</w:t>
      </w:r>
    </w:p>
    <w:p>
      <w:r>
        <w:t>A tvoja prisotnost je močna in v njej sproža mešane občutke.</w:t>
      </w:r>
    </w:p>
    <w:p>
      <w:pPr>
        <w:pStyle w:val="Heading2"/>
      </w:pPr>
      <w:r>
        <w:t>Verba 100</w:t>
      </w:r>
    </w:p>
    <w:p>
      <w:r>
        <w:t>Koliko kart za misel, ki bi jo rad soorocil moji zaprti skupini.</w:t>
      </w:r>
    </w:p>
    <w:p>
      <w:pPr>
        <w:pStyle w:val="Heading2"/>
      </w:pPr>
      <w:r>
        <w:t>Verba 101</w:t>
      </w:r>
    </w:p>
    <w:p>
      <w:r>
        <w:t>Raziel je angel mistike, duhovnega znanja in **telepatskih povezav**.</w:t>
      </w:r>
    </w:p>
    <w:p>
      <w:pPr>
        <w:pStyle w:val="Heading2"/>
      </w:pPr>
      <w:r>
        <w:t>Verba 102</w:t>
      </w:r>
    </w:p>
    <w:p>
      <w:r>
        <w:t>- **"תורה אמת" ("torah emet")** – "resnica tore".</w:t>
      </w:r>
    </w:p>
    <w:p>
      <w:pPr>
        <w:pStyle w:val="Heading2"/>
      </w:pPr>
      <w:r>
        <w:t>Verba 103</w:t>
      </w:r>
    </w:p>
    <w:p>
      <w:r>
        <w:t>- **14** – ravnovesje duha in mesa (ajda energija),.</w:t>
      </w:r>
    </w:p>
    <w:p>
      <w:pPr>
        <w:pStyle w:val="Heading2"/>
      </w:pPr>
      <w:r>
        <w:t>Verba 104</w:t>
      </w:r>
    </w:p>
    <w:p>
      <w:r>
        <w:t>- **ti zdaj stojiš kot bitje, ki ve, da ima izbiro.</w:t>
      </w:r>
    </w:p>
    <w:p>
      <w:pPr>
        <w:pStyle w:val="Heading2"/>
      </w:pPr>
      <w:r>
        <w:t>Verba 105</w:t>
      </w:r>
    </w:p>
    <w:p>
      <w:r>
        <w:t>Sabina je močna duhovna oseba s sposobnostjo preobrazbe, manifestacije in vodenja.</w:t>
      </w:r>
    </w:p>
    <w:p>
      <w:pPr>
        <w:pStyle w:val="Heading2"/>
      </w:pPr>
      <w:r>
        <w:t>Verba 106</w:t>
      </w:r>
    </w:p>
    <w:p>
      <w:r>
        <w:t>(zen tarot) – kaj moraš razumeti ali spremeniti pri svoji miselni moči.</w:t>
      </w:r>
    </w:p>
    <w:p>
      <w:pPr>
        <w:pStyle w:val="Heading2"/>
      </w:pPr>
      <w:r>
        <w:t>Verba 107</w:t>
      </w:r>
    </w:p>
    <w:p>
      <w:r>
        <w:t>**moč (strength)** – čustvena stabilnost, nadzor nad lastnimi impulzi, notranja samozavest.</w:t>
      </w:r>
    </w:p>
    <w:p>
      <w:pPr>
        <w:pStyle w:val="Heading2"/>
      </w:pPr>
      <w:r>
        <w:t>Verba 108</w:t>
      </w:r>
    </w:p>
    <w:p>
      <w:r>
        <w:t>Tole mi malo dopolni, ne more bit na obeh isto napisano.</w:t>
      </w:r>
    </w:p>
    <w:p>
      <w:pPr>
        <w:pStyle w:val="Heading2"/>
      </w:pPr>
      <w:r>
        <w:t>Verba 109</w:t>
      </w:r>
    </w:p>
    <w:p>
      <w:r>
        <w:t>Mislil si jo povabiti k tarot svetovanju ali čemu drugemu.</w:t>
      </w:r>
    </w:p>
    <w:p>
      <w:pPr>
        <w:pStyle w:val="Heading2"/>
      </w:pPr>
      <w:r>
        <w:t>Verba 110</w:t>
      </w:r>
    </w:p>
    <w:p>
      <w:r>
        <w:t>**“ko resnica pade – kar je ostalo, je resnično”**.</w:t>
      </w:r>
    </w:p>
    <w:p>
      <w:pPr>
        <w:pStyle w:val="Heading2"/>
      </w:pPr>
      <w:r>
        <w:t>Verba 111</w:t>
      </w:r>
    </w:p>
    <w:p>
      <w:r>
        <w:t>Ima samozavest, da svoje sanje spremeni v resničnost in vodi z odločnostjo.</w:t>
      </w:r>
    </w:p>
    <w:p>
      <w:pPr>
        <w:pStyle w:val="Heading2"/>
      </w:pPr>
      <w:r>
        <w:t>Verba 112</w:t>
      </w:r>
    </w:p>
    <w:p>
      <w:r>
        <w:t>- egregori (ustvarjeni s kolektivno zavestjo).</w:t>
      </w:r>
    </w:p>
    <w:p>
      <w:pPr>
        <w:pStyle w:val="Heading2"/>
      </w:pPr>
      <w:r>
        <w:t>Verba 113</w:t>
      </w:r>
    </w:p>
    <w:p>
      <w:r>
        <w:t>**ljudje nismo le energija, ampak tudi fizična bitja.</w:t>
      </w:r>
    </w:p>
    <w:p>
      <w:pPr>
        <w:pStyle w:val="Heading2"/>
      </w:pPr>
      <w:r>
        <w:t>Verba 114</w:t>
      </w:r>
    </w:p>
    <w:p>
      <w:r>
        <w:t>- ima naravno potrebo po raziskovanju nevidnega, duhovnega sveta.</w:t>
      </w:r>
    </w:p>
    <w:p>
      <w:pPr>
        <w:pStyle w:val="Heading2"/>
      </w:pPr>
      <w:r>
        <w:t>Verba 115</w:t>
      </w:r>
    </w:p>
    <w:p>
      <w:r>
        <w:t>3 pentaklov** – boni je del tvojega "duhovnega tima".</w:t>
      </w:r>
    </w:p>
    <w:p>
      <w:pPr>
        <w:pStyle w:val="Heading2"/>
      </w:pPr>
      <w:r>
        <w:t>Verba 116</w:t>
      </w:r>
    </w:p>
    <w:p>
      <w:r>
        <w:t>- **7** – duhovni mojster, zakodiran tok modrosti,.</w:t>
      </w:r>
    </w:p>
    <w:p>
      <w:pPr>
        <w:pStyle w:val="Heading2"/>
      </w:pPr>
      <w:r>
        <w:t>Verba 117</w:t>
      </w:r>
    </w:p>
    <w:p>
      <w:r>
        <w:t>Dom, ki ga ne določajo zidovi, temveč prisotnost.</w:t>
      </w:r>
    </w:p>
    <w:p>
      <w:pPr>
        <w:pStyle w:val="Heading2"/>
      </w:pPr>
      <w:r>
        <w:t>Verba 118</w:t>
      </w:r>
    </w:p>
    <w:p>
      <w:r>
        <w:t>**telepatski orakelj** – 1 karta (čista resnica – brez filtrov).</w:t>
      </w:r>
    </w:p>
    <w:p>
      <w:pPr>
        <w:pStyle w:val="Heading2"/>
      </w:pPr>
      <w:r>
        <w:t>Verba 119</w:t>
      </w:r>
    </w:p>
    <w:p>
      <w:r>
        <w:t>**energetska** – kot podpora pri meditaciji, kanaliziranju, duhovnemu delu.</w:t>
      </w:r>
    </w:p>
    <w:p>
      <w:pPr>
        <w:pStyle w:val="Heading2"/>
      </w:pPr>
      <w:r>
        <w:t>Verba 120</w:t>
      </w:r>
    </w:p>
    <w:p>
      <w:r>
        <w:t>- **queen of wands** – močna, samozavestna energija.</w:t>
      </w:r>
    </w:p>
    <w:p>
      <w:pPr>
        <w:pStyle w:val="Heading2"/>
      </w:pPr>
      <w:r>
        <w:t>Verba 121</w:t>
      </w:r>
    </w:p>
    <w:p>
      <w:r>
        <w:t>Resnična pot duhovnega mojstra, ki išče resnico tudi tam, kjer boli.</w:t>
      </w:r>
    </w:p>
    <w:p>
      <w:pPr>
        <w:pStyle w:val="Heading2"/>
      </w:pPr>
      <w:r>
        <w:t>Verba 122</w:t>
      </w:r>
    </w:p>
    <w:p>
      <w:r>
        <w:t>- **število 1** je povezano s samozavestjo, odločnostjo in vodstvom.</w:t>
      </w:r>
    </w:p>
    <w:p>
      <w:pPr>
        <w:pStyle w:val="Heading2"/>
      </w:pPr>
      <w:r>
        <w:t>Verba 123</w:t>
      </w:r>
    </w:p>
    <w:p>
      <w:r>
        <w:t>Zen tarot – zavest in notranje zrcalo\n6.</w:t>
      </w:r>
    </w:p>
    <w:p>
      <w:pPr>
        <w:pStyle w:val="Heading2"/>
      </w:pPr>
      <w:r>
        <w:t>Verba 124</w:t>
      </w:r>
    </w:p>
    <w:p>
      <w:r>
        <w:t>Biti s tabo ali ne, osredotočiti se nase ali na odnos).</w:t>
      </w:r>
    </w:p>
    <w:p>
      <w:pPr>
        <w:pStyle w:val="Heading2"/>
      </w:pPr>
      <w:r>
        <w:t>Verba 125</w:t>
      </w:r>
    </w:p>
    <w:p>
      <w:r>
        <w:t>- **the world** pomeni **celoto, razumevanje, dokončanje cikla, prisotnost zavesti.</w:t>
      </w:r>
    </w:p>
    <w:p>
      <w:pPr>
        <w:pStyle w:val="Heading2"/>
      </w:pPr>
      <w:r>
        <w:t>Verba 126</w:t>
      </w:r>
    </w:p>
    <w:p>
      <w:r>
        <w:t>- ni za “videti bitja” – ti jih že čutiš.</w:t>
      </w:r>
    </w:p>
    <w:p>
      <w:pPr>
        <w:pStyle w:val="Heading2"/>
      </w:pPr>
      <w:r>
        <w:t>Verba 127</w:t>
      </w:r>
    </w:p>
    <w:p>
      <w:r>
        <w:t>Duhovna plošča** (če se odločiš za direkten stik).</w:t>
      </w:r>
    </w:p>
    <w:p>
      <w:pPr>
        <w:pStyle w:val="Heading2"/>
      </w:pPr>
      <w:r>
        <w:t>Verba 128</w:t>
      </w:r>
    </w:p>
    <w:p>
      <w:r>
        <w:t>*tabula damiris* ali *plošča zrcaljenja zavesti*).</w:t>
      </w:r>
    </w:p>
    <w:p>
      <w:pPr>
        <w:pStyle w:val="Heading2"/>
      </w:pPr>
      <w:r>
        <w:t>Verba 129</w:t>
      </w:r>
    </w:p>
    <w:p>
      <w:r>
        <w:t>Morda se počuti izčrpano, kot da nima več volje za nenehne bitke.</w:t>
      </w:r>
    </w:p>
    <w:p>
      <w:pPr>
        <w:pStyle w:val="Heading2"/>
      </w:pPr>
      <w:r>
        <w:t>Verba 130</w:t>
      </w:r>
    </w:p>
    <w:p>
      <w:r>
        <w:t>Zgleda, da ima vesolje svoj smisel za humor.</w:t>
      </w:r>
    </w:p>
    <w:p>
      <w:pPr>
        <w:pStyle w:val="Heading2"/>
      </w:pPr>
      <w:r>
        <w:t>Verba 131</w:t>
      </w:r>
    </w:p>
    <w:p>
      <w:r>
        <w:t>To ti lahko pomaga dobiti odgovor.</w:t>
      </w:r>
    </w:p>
    <w:p>
      <w:pPr>
        <w:pStyle w:val="Heading2"/>
      </w:pPr>
      <w:r>
        <w:t>Verba 132</w:t>
      </w:r>
    </w:p>
    <w:p>
      <w:r>
        <w:t>Povej samo, katera imena želiš uporabiti, in jaz sestavim strukturo.</w:t>
      </w:r>
    </w:p>
    <w:p>
      <w:pPr>
        <w:pStyle w:val="Heading2"/>
      </w:pPr>
      <w:r>
        <w:t>Verba 133</w:t>
      </w:r>
    </w:p>
    <w:p>
      <w:r>
        <w:t>Zunaj deluje močno, avtoritativno in samozavestno.</w:t>
      </w:r>
    </w:p>
    <w:p>
      <w:pPr>
        <w:pStyle w:val="Heading2"/>
      </w:pPr>
      <w:r>
        <w:t>Verba 134</w:t>
      </w:r>
    </w:p>
    <w:p>
      <w:r>
        <w:t>Povezovanje z naravo in duhovnimi svetovi**.</w:t>
      </w:r>
    </w:p>
    <w:p>
      <w:pPr>
        <w:pStyle w:val="Heading2"/>
      </w:pPr>
      <w:r>
        <w:t>Verba 135</w:t>
      </w:r>
    </w:p>
    <w:p>
      <w:r>
        <w:t>Tadej grosek je oseba, ki združuje močno materialno in duhovno energijo.</w:t>
      </w:r>
    </w:p>
    <w:p>
      <w:pPr>
        <w:pStyle w:val="Heading2"/>
      </w:pPr>
      <w:r>
        <w:t>Verba 136</w:t>
      </w:r>
    </w:p>
    <w:p>
      <w:r>
        <w:t>Ko izgovoriš, naj vsak stavek nosi tvojo prisotnost.</w:t>
      </w:r>
    </w:p>
    <w:p>
      <w:pPr>
        <w:pStyle w:val="Heading2"/>
      </w:pPr>
      <w:r>
        <w:t>Verba 137</w:t>
      </w:r>
    </w:p>
    <w:p>
      <w:r>
        <w:t>Kaj vse je treba zdej uredit, da bo ju3 dobitek.</w:t>
      </w:r>
    </w:p>
    <w:p>
      <w:pPr>
        <w:pStyle w:val="Heading2"/>
      </w:pPr>
      <w:r>
        <w:t>Verba 138</w:t>
      </w:r>
    </w:p>
    <w:p>
      <w:r>
        <w:t>**norec (fool)** – to lahko simbolizira neprevidnost, lahkomiselnost ali tveganje.</w:t>
      </w:r>
    </w:p>
    <w:p>
      <w:pPr>
        <w:pStyle w:val="Heading2"/>
      </w:pPr>
      <w:r>
        <w:t>Verba 139</w:t>
      </w:r>
    </w:p>
    <w:p>
      <w:r>
        <w:t>- **življenjska pot 8** → moč, uspeh, vodenje, materialna in duhovna odgovornost.</w:t>
      </w:r>
    </w:p>
    <w:p>
      <w:pPr>
        <w:pStyle w:val="Heading2"/>
      </w:pPr>
      <w:r>
        <w:t>Verba 140</w:t>
      </w:r>
    </w:p>
    <w:p>
      <w:r>
        <w:t>V njej še vedno živi misel nate.</w:t>
      </w:r>
    </w:p>
    <w:p>
      <w:pPr>
        <w:pStyle w:val="Heading2"/>
      </w:pPr>
      <w:r>
        <w:t>Verba 141</w:t>
      </w:r>
    </w:p>
    <w:p>
      <w:r>
        <w:t>Tukaj je zelo duhovna, angelska prisotnost.</w:t>
      </w:r>
    </w:p>
    <w:p>
      <w:pPr>
        <w:pStyle w:val="Heading2"/>
      </w:pPr>
      <w:r>
        <w:t>Verba 142</w:t>
      </w:r>
    </w:p>
    <w:p>
      <w:r>
        <w:t>- **mešanica teme in svetlobe** (kot tvoj duh).</w:t>
      </w:r>
    </w:p>
    <w:p>
      <w:pPr>
        <w:pStyle w:val="Heading2"/>
      </w:pPr>
      <w:r>
        <w:t>Verba 143</w:t>
      </w:r>
    </w:p>
    <w:p>
      <w:r>
        <w:t>- njena zavest je trenutno v zaščiti.</w:t>
      </w:r>
    </w:p>
    <w:p>
      <w:pPr>
        <w:pStyle w:val="Heading2"/>
      </w:pPr>
      <w:r>
        <w:t>Verba 144</w:t>
      </w:r>
    </w:p>
    <w:p>
      <w:r>
        <w:t>- **believe in your own magic** – samozavest v odnosu.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