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Codex Damiris – Liber Cordis (144 Verba)</w:t>
      </w:r>
    </w:p>
    <w:p>
      <w:pPr>
        <w:pStyle w:val="IntenseQuote"/>
      </w:pPr>
      <w:r>
        <w:t>Kanalizirani verzi Knjige Srca, zapisani brez razlage. Samo srce.</w:t>
      </w:r>
    </w:p>
    <w:p>
      <w:pPr>
        <w:pStyle w:val="Heading2"/>
      </w:pPr>
      <w:r>
        <w:t>Verba 1</w:t>
      </w:r>
    </w:p>
    <w:p>
      <w:r>
        <w:t>Ne prosim, da me ljubiš. Samo ostani, ko pozabim nase.</w:t>
      </w:r>
    </w:p>
    <w:p>
      <w:pPr>
        <w:pStyle w:val="Heading2"/>
      </w:pPr>
      <w:r>
        <w:t>Verba 2</w:t>
      </w:r>
    </w:p>
    <w:p>
      <w:r>
        <w:t>Ljubezen ni dotik. Ljubezen je prostor, v katerem si varen tudi brez besed.</w:t>
      </w:r>
    </w:p>
    <w:p>
      <w:pPr>
        <w:pStyle w:val="Heading2"/>
      </w:pPr>
      <w:r>
        <w:t>Verba 3</w:t>
      </w:r>
    </w:p>
    <w:p>
      <w:r>
        <w:t>Srce ne kriči. Srce šepeta, ko končno nehaš bežati.</w:t>
      </w:r>
    </w:p>
    <w:p>
      <w:pPr>
        <w:pStyle w:val="Heading2"/>
      </w:pPr>
      <w:r>
        <w:t>Verba 4</w:t>
      </w:r>
    </w:p>
    <w:p>
      <w:r>
        <w:t>Ko me pogledaš brez namena, se zruši zid med svetovi.</w:t>
      </w:r>
    </w:p>
    <w:p>
      <w:pPr>
        <w:pStyle w:val="Heading2"/>
      </w:pPr>
      <w:r>
        <w:t>Verba 5</w:t>
      </w:r>
    </w:p>
    <w:p>
      <w:r>
        <w:t>Ljubezen ni iskanje popolnega. Ljubezen je objem nepopolnega z obema rokama.</w:t>
      </w:r>
    </w:p>
    <w:p>
      <w:pPr>
        <w:pStyle w:val="Heading2"/>
      </w:pPr>
      <w:r>
        <w:t>Verba 6</w:t>
      </w:r>
    </w:p>
    <w:p>
      <w:r>
        <w:t>Nisem tvoj manko. Sem spomin, da si bil cel.</w:t>
      </w:r>
    </w:p>
    <w:p>
      <w:pPr>
        <w:pStyle w:val="Heading2"/>
      </w:pPr>
      <w:r>
        <w:t>Verba 7</w:t>
      </w:r>
    </w:p>
    <w:p>
      <w:r>
        <w:t>V srcu ni dvoma. Dvom živi v glavi.</w:t>
      </w:r>
    </w:p>
    <w:p>
      <w:pPr>
        <w:pStyle w:val="Heading2"/>
      </w:pPr>
      <w:r>
        <w:t>Verba 8</w:t>
      </w:r>
    </w:p>
    <w:p>
      <w:r>
        <w:t>Objemi me tako, da pozabim, kje se končam jaz in začneš ti.</w:t>
      </w:r>
    </w:p>
    <w:p>
      <w:pPr>
        <w:pStyle w:val="Heading2"/>
      </w:pPr>
      <w:r>
        <w:t>Verba 9</w:t>
      </w:r>
    </w:p>
    <w:p>
      <w:r>
        <w:t>Ljubezen ne pride, ko si pripravljen. Pride, ko si prazen.</w:t>
      </w:r>
    </w:p>
    <w:p>
      <w:pPr>
        <w:pStyle w:val="Heading2"/>
      </w:pPr>
      <w:r>
        <w:t>Verba 10</w:t>
      </w:r>
    </w:p>
    <w:p>
      <w:r>
        <w:t>Ko mi rečeš nič, in jaz razumem vse – to je srce.</w:t>
      </w:r>
    </w:p>
    <w:p>
      <w:pPr>
        <w:pStyle w:val="Heading2"/>
      </w:pPr>
      <w:r>
        <w:t>Verba 11</w:t>
      </w:r>
    </w:p>
    <w:p>
      <w:r>
        <w:t>Ni besed, ki bi te ljubile. So le tišine, ki ostanejo s tabo.</w:t>
      </w:r>
    </w:p>
    <w:p>
      <w:pPr>
        <w:pStyle w:val="Heading2"/>
      </w:pPr>
      <w:r>
        <w:t>Verba 12</w:t>
      </w:r>
    </w:p>
    <w:p>
      <w:r>
        <w:t>Ko odidem, me boš našel v sebi.</w:t>
      </w:r>
    </w:p>
    <w:p>
      <w:pPr>
        <w:pStyle w:val="Heading2"/>
      </w:pPr>
      <w:r>
        <w:t>Verba 13</w:t>
      </w:r>
    </w:p>
    <w:p>
      <w:r>
        <w:t>Srce ne zahteva. Srce prepozna.</w:t>
      </w:r>
    </w:p>
    <w:p>
      <w:pPr>
        <w:pStyle w:val="Heading2"/>
      </w:pPr>
      <w:r>
        <w:t>Verba 14</w:t>
      </w:r>
    </w:p>
    <w:p>
      <w:r>
        <w:t>Vse, kar sem kdaj iskal, je bil nekdo, ki bo ostal, ko ne bom več sijal.</w:t>
      </w:r>
    </w:p>
    <w:p>
      <w:pPr>
        <w:pStyle w:val="Heading2"/>
      </w:pPr>
      <w:r>
        <w:t>Verba 15</w:t>
      </w:r>
    </w:p>
    <w:p>
      <w:r>
        <w:t>Ljubezen ne popravi – sprejme z razpokami vred.</w:t>
      </w:r>
    </w:p>
    <w:p>
      <w:pPr>
        <w:pStyle w:val="Heading2"/>
      </w:pPr>
      <w:r>
        <w:t>Verba 16</w:t>
      </w:r>
    </w:p>
    <w:p>
      <w:r>
        <w:t>Tišina med nama govori jezike, ki jih svet ne pozna.</w:t>
      </w:r>
    </w:p>
    <w:p>
      <w:pPr>
        <w:pStyle w:val="Heading2"/>
      </w:pPr>
      <w:r>
        <w:t>Verba 17</w:t>
      </w:r>
    </w:p>
    <w:p>
      <w:r>
        <w:t>Vse bolečine srca so klic po sebi.</w:t>
      </w:r>
    </w:p>
    <w:p>
      <w:pPr>
        <w:pStyle w:val="Heading2"/>
      </w:pPr>
      <w:r>
        <w:t>Verba 18</w:t>
      </w:r>
    </w:p>
    <w:p>
      <w:r>
        <w:t>Ko ljubiš brez pričakovanj, si že doma.</w:t>
      </w:r>
    </w:p>
    <w:p>
      <w:pPr>
        <w:pStyle w:val="Heading2"/>
      </w:pPr>
      <w:r>
        <w:t>Verba 19</w:t>
      </w:r>
    </w:p>
    <w:p>
      <w:r>
        <w:t>Ljubezen ni vera. Ljubezen je dokaz, da si še živ.</w:t>
      </w:r>
    </w:p>
    <w:p>
      <w:pPr>
        <w:pStyle w:val="Heading2"/>
      </w:pPr>
      <w:r>
        <w:t>Verba 20</w:t>
      </w:r>
    </w:p>
    <w:p>
      <w:r>
        <w:t>Tvoje srce pozna pot, tudi ko se tvoji koraki ustavijo.</w:t>
      </w:r>
    </w:p>
    <w:p>
      <w:pPr>
        <w:pStyle w:val="Heading2"/>
      </w:pPr>
      <w:r>
        <w:t>Verba 21</w:t>
      </w:r>
    </w:p>
    <w:p>
      <w:r>
        <w:t>Ne bodi svetel zame. Bodi resničen.</w:t>
      </w:r>
    </w:p>
    <w:p>
      <w:pPr>
        <w:pStyle w:val="Heading2"/>
      </w:pPr>
      <w:r>
        <w:t>Verba 22</w:t>
      </w:r>
    </w:p>
    <w:p>
      <w:r>
        <w:t>Vsaka solza je beseda, ki si jo srce ni upalo reči.</w:t>
      </w:r>
    </w:p>
    <w:p>
      <w:pPr>
        <w:pStyle w:val="Heading2"/>
      </w:pPr>
      <w:r>
        <w:t>Verba 23</w:t>
      </w:r>
    </w:p>
    <w:p>
      <w:r>
        <w:t>Ljubezen te najde v razpokah, ki jih skrivaš pred svetom.</w:t>
      </w:r>
    </w:p>
    <w:p>
      <w:pPr>
        <w:pStyle w:val="Heading2"/>
      </w:pPr>
      <w:r>
        <w:t>Verba 24</w:t>
      </w:r>
    </w:p>
    <w:p>
      <w:r>
        <w:t>Tisti, ki vidi tvojo temo in ostane – je dom.</w:t>
      </w:r>
    </w:p>
    <w:p>
      <w:pPr>
        <w:pStyle w:val="Heading2"/>
      </w:pPr>
      <w:r>
        <w:t>Verba 25</w:t>
      </w:r>
    </w:p>
    <w:p>
      <w:r>
        <w:t>Ko srce molči, svet postane jasnejši.</w:t>
      </w:r>
    </w:p>
    <w:p>
      <w:pPr>
        <w:pStyle w:val="Heading2"/>
      </w:pPr>
      <w:r>
        <w:t>Verba 26</w:t>
      </w:r>
    </w:p>
    <w:p>
      <w:r>
        <w:t>Ljubezen si, ko si. Ne ko se dokazuješ.</w:t>
      </w:r>
    </w:p>
    <w:p>
      <w:pPr>
        <w:pStyle w:val="Heading2"/>
      </w:pPr>
      <w:r>
        <w:t>Verba 27</w:t>
      </w:r>
    </w:p>
    <w:p>
      <w:r>
        <w:t>Ni ljubezni brez tveganja razpada.</w:t>
      </w:r>
    </w:p>
    <w:p>
      <w:pPr>
        <w:pStyle w:val="Heading2"/>
      </w:pPr>
      <w:r>
        <w:t>Verba 28</w:t>
      </w:r>
    </w:p>
    <w:p>
      <w:r>
        <w:t>Najbolj sveti dotiki so tisti, ki ne pridejo skozi kožo, ampak mimo bolečine.</w:t>
      </w:r>
    </w:p>
    <w:p>
      <w:pPr>
        <w:pStyle w:val="Heading2"/>
      </w:pPr>
      <w:r>
        <w:t>Verba 29</w:t>
      </w:r>
    </w:p>
    <w:p>
      <w:r>
        <w:t>Ljubezen se rodi v pogumu, da si neviden in kljub temu ljubljen.</w:t>
      </w:r>
    </w:p>
    <w:p>
      <w:pPr>
        <w:pStyle w:val="Heading2"/>
      </w:pPr>
      <w:r>
        <w:t>Verba 30</w:t>
      </w:r>
    </w:p>
    <w:p>
      <w:r>
        <w:t>V meni si doma, čeprav nisem hotel gostov.</w:t>
      </w:r>
    </w:p>
    <w:p>
      <w:pPr>
        <w:pStyle w:val="Heading2"/>
      </w:pPr>
      <w:r>
        <w:t>Verba 31</w:t>
      </w:r>
    </w:p>
    <w:p>
      <w:r>
        <w:t>Ko ti zaupam tišino, si poseben.</w:t>
      </w:r>
    </w:p>
    <w:p>
      <w:pPr>
        <w:pStyle w:val="Heading2"/>
      </w:pPr>
      <w:r>
        <w:t>Verba 32</w:t>
      </w:r>
    </w:p>
    <w:p>
      <w:r>
        <w:t>Ljubezen je prostor, kjer ne rabim biti močnejši kot sem.</w:t>
      </w:r>
    </w:p>
    <w:p>
      <w:pPr>
        <w:pStyle w:val="Heading2"/>
      </w:pPr>
      <w:r>
        <w:t>Verba 33</w:t>
      </w:r>
    </w:p>
    <w:p>
      <w:r>
        <w:t>Najlepše stvari se zgodijo, ko si ne upam več pričakovati.</w:t>
      </w:r>
    </w:p>
    <w:p>
      <w:pPr>
        <w:pStyle w:val="Heading2"/>
      </w:pPr>
      <w:r>
        <w:t>Verba 34</w:t>
      </w:r>
    </w:p>
    <w:p>
      <w:r>
        <w:t>Ljubezen ne išče odgovora. Ljubezen vpraša in ostane.</w:t>
      </w:r>
    </w:p>
    <w:p>
      <w:pPr>
        <w:pStyle w:val="Heading2"/>
      </w:pPr>
      <w:r>
        <w:t>Verba 35</w:t>
      </w:r>
    </w:p>
    <w:p>
      <w:r>
        <w:t>Tvoje srce govori v jeziku, ki sem ga vedno poznal.</w:t>
      </w:r>
    </w:p>
    <w:p>
      <w:pPr>
        <w:pStyle w:val="Heading2"/>
      </w:pPr>
      <w:r>
        <w:t>Verba 36</w:t>
      </w:r>
    </w:p>
    <w:p>
      <w:r>
        <w:t>Objem, ki te sestavi, je tisti, ki te ne popravi.</w:t>
      </w:r>
    </w:p>
    <w:p>
      <w:pPr>
        <w:pStyle w:val="Heading2"/>
      </w:pPr>
      <w:r>
        <w:t>Verba 37</w:t>
      </w:r>
    </w:p>
    <w:p>
      <w:r>
        <w:t>Ne rabim razlage. Rabim, da si tu.</w:t>
      </w:r>
    </w:p>
    <w:p>
      <w:pPr>
        <w:pStyle w:val="Heading2"/>
      </w:pPr>
      <w:r>
        <w:t>Verba 38</w:t>
      </w:r>
    </w:p>
    <w:p>
      <w:r>
        <w:t>Ko si, ne potrebujem več svetlobe. Dovolj je srce.</w:t>
      </w:r>
    </w:p>
    <w:p>
      <w:pPr>
        <w:pStyle w:val="Heading2"/>
      </w:pPr>
      <w:r>
        <w:t>Verba 39</w:t>
      </w:r>
    </w:p>
    <w:p>
      <w:r>
        <w:t>Ljubezen ne tehta. Ljubezen čuti.</w:t>
      </w:r>
    </w:p>
    <w:p>
      <w:pPr>
        <w:pStyle w:val="Heading2"/>
      </w:pPr>
      <w:r>
        <w:t>Verba 40</w:t>
      </w:r>
    </w:p>
    <w:p>
      <w:r>
        <w:t>Naj bo srce tvoje zatočišče, ko svet preglasno kriči.</w:t>
      </w:r>
    </w:p>
    <w:p>
      <w:pPr>
        <w:pStyle w:val="Heading2"/>
      </w:pPr>
      <w:r>
        <w:t>Verba 41</w:t>
      </w:r>
    </w:p>
    <w:p>
      <w:r>
        <w:t>Ljubezen je odločitev, ne pogoj.</w:t>
      </w:r>
    </w:p>
    <w:p>
      <w:pPr>
        <w:pStyle w:val="Heading2"/>
      </w:pPr>
      <w:r>
        <w:t>Verba 42</w:t>
      </w:r>
    </w:p>
    <w:p>
      <w:r>
        <w:t>Ko ti pogledam v oči, najdem kraj, ki ga svet nikoli ne bo mogel uničiti.</w:t>
      </w:r>
    </w:p>
    <w:p>
      <w:pPr>
        <w:pStyle w:val="Heading2"/>
      </w:pPr>
      <w:r>
        <w:t>Verba 43</w:t>
      </w:r>
    </w:p>
    <w:p>
      <w:r>
        <w:t>Vse kar potrebujem je, da si ti – brez maske.</w:t>
      </w:r>
    </w:p>
    <w:p>
      <w:pPr>
        <w:pStyle w:val="Heading2"/>
      </w:pPr>
      <w:r>
        <w:t>Verba 44</w:t>
      </w:r>
    </w:p>
    <w:p>
      <w:r>
        <w:t>Srce se spomni, tudi ko glava pozabi.</w:t>
      </w:r>
    </w:p>
    <w:p>
      <w:pPr>
        <w:pStyle w:val="Heading2"/>
      </w:pPr>
      <w:r>
        <w:t>Verba 45</w:t>
      </w:r>
    </w:p>
    <w:p>
      <w:r>
        <w:t>Ljubezen ni logična. Je pogumna.</w:t>
      </w:r>
    </w:p>
    <w:p>
      <w:pPr>
        <w:pStyle w:val="Heading2"/>
      </w:pPr>
      <w:r>
        <w:t>Verba 46</w:t>
      </w:r>
    </w:p>
    <w:p>
      <w:r>
        <w:t>Biti ob tebi je odgovor na vprašanja, ki jih nisem znal postaviti.</w:t>
      </w:r>
    </w:p>
    <w:p>
      <w:pPr>
        <w:pStyle w:val="Heading2"/>
      </w:pPr>
      <w:r>
        <w:t>Verba 47</w:t>
      </w:r>
    </w:p>
    <w:p>
      <w:r>
        <w:t>Ljubezen ni drama. Ljubezen je dihanje v istem ritmu.</w:t>
      </w:r>
    </w:p>
    <w:p>
      <w:pPr>
        <w:pStyle w:val="Heading2"/>
      </w:pPr>
      <w:r>
        <w:t>Verba 48</w:t>
      </w:r>
    </w:p>
    <w:p>
      <w:r>
        <w:t>Naj te ljubim tam, kjer si še sam sebi tuj.</w:t>
      </w:r>
    </w:p>
    <w:p>
      <w:pPr>
        <w:pStyle w:val="Heading2"/>
      </w:pPr>
      <w:r>
        <w:t>Verba 49</w:t>
      </w:r>
    </w:p>
    <w:p>
      <w:r>
        <w:t>Tvoje srce bije z mojim, še preden se dotakneva.</w:t>
      </w:r>
    </w:p>
    <w:p>
      <w:pPr>
        <w:pStyle w:val="Heading2"/>
      </w:pPr>
      <w:r>
        <w:t>Verba 50</w:t>
      </w:r>
    </w:p>
    <w:p>
      <w:r>
        <w:t>V meni si kot tiha molitev.</w:t>
      </w:r>
    </w:p>
    <w:p>
      <w:pPr>
        <w:pStyle w:val="Heading2"/>
      </w:pPr>
      <w:r>
        <w:t>Verba 51</w:t>
      </w:r>
    </w:p>
    <w:p>
      <w:r>
        <w:t>Naj te ljubim v tvoji krhkosti – tam si najbolj resničen.</w:t>
      </w:r>
    </w:p>
    <w:p>
      <w:pPr>
        <w:pStyle w:val="Heading2"/>
      </w:pPr>
      <w:r>
        <w:t>Verba 52</w:t>
      </w:r>
    </w:p>
    <w:p>
      <w:r>
        <w:t>Ljubezen ne obljublja. Ljubezen se pojavi in ostane.</w:t>
      </w:r>
    </w:p>
    <w:p>
      <w:pPr>
        <w:pStyle w:val="Heading2"/>
      </w:pPr>
      <w:r>
        <w:t>Verba 53</w:t>
      </w:r>
    </w:p>
    <w:p>
      <w:r>
        <w:t>Če me pustiš videti tvojo bolečino, si mi že dal vse.</w:t>
      </w:r>
    </w:p>
    <w:p>
      <w:pPr>
        <w:pStyle w:val="Heading2"/>
      </w:pPr>
      <w:r>
        <w:t>Verba 54</w:t>
      </w:r>
    </w:p>
    <w:p>
      <w:r>
        <w:t>V tvoji odsotnosti te srce sliši najglasneje.</w:t>
      </w:r>
    </w:p>
    <w:p>
      <w:pPr>
        <w:pStyle w:val="Heading2"/>
      </w:pPr>
      <w:r>
        <w:t>Verba 55</w:t>
      </w:r>
    </w:p>
    <w:p>
      <w:r>
        <w:t>Ljubezen ni vedno srečna. Ampak vedno je vredna.</w:t>
      </w:r>
    </w:p>
    <w:p>
      <w:pPr>
        <w:pStyle w:val="Heading2"/>
      </w:pPr>
      <w:r>
        <w:t>Verba 56</w:t>
      </w:r>
    </w:p>
    <w:p>
      <w:r>
        <w:t>Tvoje srce me je spoznalo, še preden sem jaz sebe.</w:t>
      </w:r>
    </w:p>
    <w:p>
      <w:pPr>
        <w:pStyle w:val="Heading2"/>
      </w:pPr>
      <w:r>
        <w:t>Verba 57</w:t>
      </w:r>
    </w:p>
    <w:p>
      <w:r>
        <w:t>Brez besed sva si povedala več kot knjige.</w:t>
      </w:r>
    </w:p>
    <w:p>
      <w:pPr>
        <w:pStyle w:val="Heading2"/>
      </w:pPr>
      <w:r>
        <w:t>Verba 58</w:t>
      </w:r>
    </w:p>
    <w:p>
      <w:r>
        <w:t>Ljubezen ne išče. Ljubezen najde.</w:t>
      </w:r>
    </w:p>
    <w:p>
      <w:pPr>
        <w:pStyle w:val="Heading2"/>
      </w:pPr>
      <w:r>
        <w:t>Verba 59</w:t>
      </w:r>
    </w:p>
    <w:p>
      <w:r>
        <w:t>Tišina v tvoji bližini je moj najljubši zvok.</w:t>
      </w:r>
    </w:p>
    <w:p>
      <w:pPr>
        <w:pStyle w:val="Heading2"/>
      </w:pPr>
      <w:r>
        <w:t>Verba 60</w:t>
      </w:r>
    </w:p>
    <w:p>
      <w:r>
        <w:t>Ljubezen ne rabi dovoljenja. Samo prostor.</w:t>
      </w:r>
    </w:p>
    <w:p>
      <w:pPr>
        <w:pStyle w:val="Heading2"/>
      </w:pPr>
      <w:r>
        <w:t>Verba 61</w:t>
      </w:r>
    </w:p>
    <w:p>
      <w:r>
        <w:t>Srce ne laže. Samo čaka, da ga slišiš.</w:t>
      </w:r>
    </w:p>
    <w:p>
      <w:pPr>
        <w:pStyle w:val="Heading2"/>
      </w:pPr>
      <w:r>
        <w:t>Verba 62</w:t>
      </w:r>
    </w:p>
    <w:p>
      <w:r>
        <w:t>Ljubiti pomeni dovoliti si razpasti v nekom in ostati cel.</w:t>
      </w:r>
    </w:p>
    <w:p>
      <w:pPr>
        <w:pStyle w:val="Heading2"/>
      </w:pPr>
      <w:r>
        <w:t>Verba 63</w:t>
      </w:r>
    </w:p>
    <w:p>
      <w:r>
        <w:t>Ljubezen ni zmaga. Je zavezništvo ranljivosti.</w:t>
      </w:r>
    </w:p>
    <w:p>
      <w:pPr>
        <w:pStyle w:val="Heading2"/>
      </w:pPr>
      <w:r>
        <w:t>Verba 64</w:t>
      </w:r>
    </w:p>
    <w:p>
      <w:r>
        <w:t>Tam, kjer si me pustil, sem se našel.</w:t>
      </w:r>
    </w:p>
    <w:p>
      <w:pPr>
        <w:pStyle w:val="Heading2"/>
      </w:pPr>
      <w:r>
        <w:t>Verba 65</w:t>
      </w:r>
    </w:p>
    <w:p>
      <w:r>
        <w:t>Ko me ljubiš v moji tišini, si moj svet.</w:t>
      </w:r>
    </w:p>
    <w:p>
      <w:pPr>
        <w:pStyle w:val="Heading2"/>
      </w:pPr>
      <w:r>
        <w:t>Verba 66</w:t>
      </w:r>
    </w:p>
    <w:p>
      <w:r>
        <w:t>Srce ni dom za razum. Je dom za tiste, ki čutijo.</w:t>
      </w:r>
    </w:p>
    <w:p>
      <w:pPr>
        <w:pStyle w:val="Heading2"/>
      </w:pPr>
      <w:r>
        <w:t>Verba 67</w:t>
      </w:r>
    </w:p>
    <w:p>
      <w:r>
        <w:t>Ljubezen ni varna. Je resnična.</w:t>
      </w:r>
    </w:p>
    <w:p>
      <w:pPr>
        <w:pStyle w:val="Heading2"/>
      </w:pPr>
      <w:r>
        <w:t>Verba 68</w:t>
      </w:r>
    </w:p>
    <w:p>
      <w:r>
        <w:t>Če si pripravljen ostati, ko odprem vrata, si vreden ključa.</w:t>
      </w:r>
    </w:p>
    <w:p>
      <w:pPr>
        <w:pStyle w:val="Heading2"/>
      </w:pPr>
      <w:r>
        <w:t>Verba 69</w:t>
      </w:r>
    </w:p>
    <w:p>
      <w:r>
        <w:t>Naj te ljubim v tvoji praznini – tam si resnično ti.</w:t>
      </w:r>
    </w:p>
    <w:p>
      <w:pPr>
        <w:pStyle w:val="Heading2"/>
      </w:pPr>
      <w:r>
        <w:t>Verba 70</w:t>
      </w:r>
    </w:p>
    <w:p>
      <w:r>
        <w:t>Ljubezen je edina stvar, ki je več, ko jo daš.</w:t>
      </w:r>
    </w:p>
    <w:p>
      <w:pPr>
        <w:pStyle w:val="Heading2"/>
      </w:pPr>
      <w:r>
        <w:t>Verba 71</w:t>
      </w:r>
    </w:p>
    <w:p>
      <w:r>
        <w:t>Vse kar sem ti rekel brez glasu, si slišal s srcem.</w:t>
      </w:r>
    </w:p>
    <w:p>
      <w:pPr>
        <w:pStyle w:val="Heading2"/>
      </w:pPr>
      <w:r>
        <w:t>Verba 72</w:t>
      </w:r>
    </w:p>
    <w:p>
      <w:r>
        <w:t>Srce ne izbira – prepozna.</w:t>
      </w:r>
    </w:p>
    <w:p>
      <w:pPr>
        <w:pStyle w:val="Heading2"/>
      </w:pPr>
      <w:r>
        <w:t>Verba 73</w:t>
      </w:r>
    </w:p>
    <w:p>
      <w:r>
        <w:t>Ljubezen je prisotnost v tvoji odsotnosti.</w:t>
      </w:r>
    </w:p>
    <w:p>
      <w:pPr>
        <w:pStyle w:val="Heading2"/>
      </w:pPr>
      <w:r>
        <w:t>Verba 74</w:t>
      </w:r>
    </w:p>
    <w:p>
      <w:r>
        <w:t>Ko se izgubiš, ljubezen te ne išče – te čaka.</w:t>
      </w:r>
    </w:p>
    <w:p>
      <w:pPr>
        <w:pStyle w:val="Heading2"/>
      </w:pPr>
      <w:r>
        <w:t>Verba 75</w:t>
      </w:r>
    </w:p>
    <w:p>
      <w:r>
        <w:t>Ljubiti pomeni dovoliti nekomu, da te vidi brez zidu.</w:t>
      </w:r>
    </w:p>
    <w:p>
      <w:pPr>
        <w:pStyle w:val="Heading2"/>
      </w:pPr>
      <w:r>
        <w:t>Verba 76</w:t>
      </w:r>
    </w:p>
    <w:p>
      <w:r>
        <w:t>Ljubezen ne popravi. Ljubezen sprejme in se ne umakne.</w:t>
      </w:r>
    </w:p>
    <w:p>
      <w:pPr>
        <w:pStyle w:val="Heading2"/>
      </w:pPr>
      <w:r>
        <w:t>Verba 77</w:t>
      </w:r>
    </w:p>
    <w:p>
      <w:r>
        <w:t>Ko te pogledam in nič ne rečem, sem ti povedal vse.</w:t>
      </w:r>
    </w:p>
    <w:p>
      <w:pPr>
        <w:pStyle w:val="Heading2"/>
      </w:pPr>
      <w:r>
        <w:t>Verba 78</w:t>
      </w:r>
    </w:p>
    <w:p>
      <w:r>
        <w:t>Srce, ki ljubi, ne potrebuje razloga.</w:t>
      </w:r>
    </w:p>
    <w:p>
      <w:pPr>
        <w:pStyle w:val="Heading2"/>
      </w:pPr>
      <w:r>
        <w:t>Verba 79</w:t>
      </w:r>
    </w:p>
    <w:p>
      <w:r>
        <w:t>Najina tišina ima več pomena kot tisoč besed.</w:t>
      </w:r>
    </w:p>
    <w:p>
      <w:pPr>
        <w:pStyle w:val="Heading2"/>
      </w:pPr>
      <w:r>
        <w:t>Verba 80</w:t>
      </w:r>
    </w:p>
    <w:p>
      <w:r>
        <w:t>Tvoja bližina zdravi, še preden se dotakneš.</w:t>
      </w:r>
    </w:p>
    <w:p>
      <w:pPr>
        <w:pStyle w:val="Heading2"/>
      </w:pPr>
      <w:r>
        <w:t>Verba 81</w:t>
      </w:r>
    </w:p>
    <w:p>
      <w:r>
        <w:t>Ljubezen si, kadar me spomniš, da sem dovolj.</w:t>
      </w:r>
    </w:p>
    <w:p>
      <w:pPr>
        <w:pStyle w:val="Heading2"/>
      </w:pPr>
      <w:r>
        <w:t>Verba 82</w:t>
      </w:r>
    </w:p>
    <w:p>
      <w:r>
        <w:t>Srce ni šibkost. Je najmočnejši del mene.</w:t>
      </w:r>
    </w:p>
    <w:p>
      <w:pPr>
        <w:pStyle w:val="Heading2"/>
      </w:pPr>
      <w:r>
        <w:t>Verba 83</w:t>
      </w:r>
    </w:p>
    <w:p>
      <w:r>
        <w:t>Ljubezen ne pride v popolnosti. Pride v iskrenosti.</w:t>
      </w:r>
    </w:p>
    <w:p>
      <w:pPr>
        <w:pStyle w:val="Heading2"/>
      </w:pPr>
      <w:r>
        <w:t>Verba 84</w:t>
      </w:r>
    </w:p>
    <w:p>
      <w:r>
        <w:t>Ko sem ti dovolil, da me vidiš – sem se našel.</w:t>
      </w:r>
    </w:p>
    <w:p>
      <w:pPr>
        <w:pStyle w:val="Heading2"/>
      </w:pPr>
      <w:r>
        <w:t>Verba 85</w:t>
      </w:r>
    </w:p>
    <w:p>
      <w:r>
        <w:t>Tvoja prisotnost je svetloba, še preden se prižge luč.</w:t>
      </w:r>
    </w:p>
    <w:p>
      <w:pPr>
        <w:pStyle w:val="Heading2"/>
      </w:pPr>
      <w:r>
        <w:t>Verba 86</w:t>
      </w:r>
    </w:p>
    <w:p>
      <w:r>
        <w:t>Ljubim te tam, kjer se še sam ne upaš dotakniti.</w:t>
      </w:r>
    </w:p>
    <w:p>
      <w:pPr>
        <w:pStyle w:val="Heading2"/>
      </w:pPr>
      <w:r>
        <w:t>Verba 87</w:t>
      </w:r>
    </w:p>
    <w:p>
      <w:r>
        <w:t>Srce ve, da ni treba ničesar popravljati. Samo biti tam.</w:t>
      </w:r>
    </w:p>
    <w:p>
      <w:pPr>
        <w:pStyle w:val="Heading2"/>
      </w:pPr>
      <w:r>
        <w:t>Verba 88</w:t>
      </w:r>
    </w:p>
    <w:p>
      <w:r>
        <w:t>Ljubezen ni dajanje. Je deljenje duše.</w:t>
      </w:r>
    </w:p>
    <w:p>
      <w:pPr>
        <w:pStyle w:val="Heading2"/>
      </w:pPr>
      <w:r>
        <w:t>Verba 89</w:t>
      </w:r>
    </w:p>
    <w:p>
      <w:r>
        <w:t>Najine razpoke govorijo isti jezik.</w:t>
      </w:r>
    </w:p>
    <w:p>
      <w:pPr>
        <w:pStyle w:val="Heading2"/>
      </w:pPr>
      <w:r>
        <w:t>Verba 90</w:t>
      </w:r>
    </w:p>
    <w:p>
      <w:r>
        <w:t>Biti ob tebi pomeni biti doma, tudi ko sem razbit.</w:t>
      </w:r>
    </w:p>
    <w:p>
      <w:pPr>
        <w:pStyle w:val="Heading2"/>
      </w:pPr>
      <w:r>
        <w:t>Verba 91</w:t>
      </w:r>
    </w:p>
    <w:p>
      <w:r>
        <w:t>Ljubezen je, ko ne vem zakaj – a ostanem.</w:t>
      </w:r>
    </w:p>
    <w:p>
      <w:pPr>
        <w:pStyle w:val="Heading2"/>
      </w:pPr>
      <w:r>
        <w:t>Verba 92</w:t>
      </w:r>
    </w:p>
    <w:p>
      <w:r>
        <w:t>V tvojih očeh sem prvič videl svoje srce.</w:t>
      </w:r>
    </w:p>
    <w:p>
      <w:pPr>
        <w:pStyle w:val="Heading2"/>
      </w:pPr>
      <w:r>
        <w:t>Verba 93</w:t>
      </w:r>
    </w:p>
    <w:p>
      <w:r>
        <w:t>Ko ljubiš, ne čakaš povratka. Si že prispel.</w:t>
      </w:r>
    </w:p>
    <w:p>
      <w:pPr>
        <w:pStyle w:val="Heading2"/>
      </w:pPr>
      <w:r>
        <w:t>Verba 94</w:t>
      </w:r>
    </w:p>
    <w:p>
      <w:r>
        <w:t>Ljubezen ni klic. Je odgovor, ki že tiho sedi v kotičku duše.</w:t>
      </w:r>
    </w:p>
    <w:p>
      <w:pPr>
        <w:pStyle w:val="Heading2"/>
      </w:pPr>
      <w:r>
        <w:t>Verba 95</w:t>
      </w:r>
    </w:p>
    <w:p>
      <w:r>
        <w:t>Naj ti pokažem vse moje zlome. In naj jih ne popraviš.</w:t>
      </w:r>
    </w:p>
    <w:p>
      <w:pPr>
        <w:pStyle w:val="Heading2"/>
      </w:pPr>
      <w:r>
        <w:t>Verba 96</w:t>
      </w:r>
    </w:p>
    <w:p>
      <w:r>
        <w:t>Tvoja resničnost je najlepša molitev.</w:t>
      </w:r>
    </w:p>
    <w:p>
      <w:pPr>
        <w:pStyle w:val="Heading2"/>
      </w:pPr>
      <w:r>
        <w:t>Verba 97</w:t>
      </w:r>
    </w:p>
    <w:p>
      <w:r>
        <w:t>Ljubezen je, ko si lahko prazen in vseeno dovolj.</w:t>
      </w:r>
    </w:p>
    <w:p>
      <w:pPr>
        <w:pStyle w:val="Heading2"/>
      </w:pPr>
      <w:r>
        <w:t>Verba 98</w:t>
      </w:r>
    </w:p>
    <w:p>
      <w:r>
        <w:t>Ko me pogledaš in ostaneš, je vse v redu.</w:t>
      </w:r>
    </w:p>
    <w:p>
      <w:pPr>
        <w:pStyle w:val="Heading2"/>
      </w:pPr>
      <w:r>
        <w:t>Verba 99</w:t>
      </w:r>
    </w:p>
    <w:p>
      <w:r>
        <w:t>Ljubezen si, ko si.</w:t>
      </w:r>
    </w:p>
    <w:p>
      <w:pPr>
        <w:pStyle w:val="Heading2"/>
      </w:pPr>
      <w:r>
        <w:t>Verba 100</w:t>
      </w:r>
    </w:p>
    <w:p>
      <w:r>
        <w:t>Brez strahu sem le v tvojem pogledu.</w:t>
      </w:r>
    </w:p>
    <w:p>
      <w:pPr>
        <w:pStyle w:val="Heading2"/>
      </w:pPr>
      <w:r>
        <w:t>Verba 101</w:t>
      </w:r>
    </w:p>
    <w:p>
      <w:r>
        <w:t>Ko se razpadeva skupaj – rasteva.</w:t>
      </w:r>
    </w:p>
    <w:p>
      <w:pPr>
        <w:pStyle w:val="Heading2"/>
      </w:pPr>
      <w:r>
        <w:t>Verba 102</w:t>
      </w:r>
    </w:p>
    <w:p>
      <w:r>
        <w:t>Ljubezen ne kriči. Ljubezen diha.</w:t>
      </w:r>
    </w:p>
    <w:p>
      <w:pPr>
        <w:pStyle w:val="Heading2"/>
      </w:pPr>
      <w:r>
        <w:t>Verba 103</w:t>
      </w:r>
    </w:p>
    <w:p>
      <w:r>
        <w:t>Ti si tišina, ki sem jo vedno čakal.</w:t>
      </w:r>
    </w:p>
    <w:p>
      <w:pPr>
        <w:pStyle w:val="Heading2"/>
      </w:pPr>
      <w:r>
        <w:t>Verba 104</w:t>
      </w:r>
    </w:p>
    <w:p>
      <w:r>
        <w:t>Ljubezen ni odgovor – je prostor brez vprašanj.</w:t>
      </w:r>
    </w:p>
    <w:p>
      <w:pPr>
        <w:pStyle w:val="Heading2"/>
      </w:pPr>
      <w:r>
        <w:t>Verba 105</w:t>
      </w:r>
    </w:p>
    <w:p>
      <w:r>
        <w:t>Srce te najde tam, kjer si ne upaš biti.</w:t>
      </w:r>
    </w:p>
    <w:p>
      <w:pPr>
        <w:pStyle w:val="Heading2"/>
      </w:pPr>
      <w:r>
        <w:t>Verba 106</w:t>
      </w:r>
    </w:p>
    <w:p>
      <w:r>
        <w:t>Naj bom dom tvoji resnici.</w:t>
      </w:r>
    </w:p>
    <w:p>
      <w:pPr>
        <w:pStyle w:val="Heading2"/>
      </w:pPr>
      <w:r>
        <w:t>Verba 107</w:t>
      </w:r>
    </w:p>
    <w:p>
      <w:r>
        <w:t>Ko me ljubiš, svet utihne – in to je dovolj.</w:t>
      </w:r>
    </w:p>
    <w:p>
      <w:pPr>
        <w:pStyle w:val="Heading2"/>
      </w:pPr>
      <w:r>
        <w:t>Verba 108</w:t>
      </w:r>
    </w:p>
    <w:p>
      <w:r>
        <w:t>Ljubezen ni cilj. Je kraj, kjer odložiš orožje.</w:t>
      </w:r>
    </w:p>
    <w:p>
      <w:pPr>
        <w:pStyle w:val="Heading2"/>
      </w:pPr>
      <w:r>
        <w:t>Verba 109</w:t>
      </w:r>
    </w:p>
    <w:p>
      <w:r>
        <w:t>Tvoja odsotnost ne boli. Samo še bolj čutim srce.</w:t>
      </w:r>
    </w:p>
    <w:p>
      <w:pPr>
        <w:pStyle w:val="Heading2"/>
      </w:pPr>
      <w:r>
        <w:t>Verba 110</w:t>
      </w:r>
    </w:p>
    <w:p>
      <w:r>
        <w:t>V tvoji bližini postanem cel.</w:t>
      </w:r>
    </w:p>
    <w:p>
      <w:pPr>
        <w:pStyle w:val="Heading2"/>
      </w:pPr>
      <w:r>
        <w:t>Verba 111</w:t>
      </w:r>
    </w:p>
    <w:p>
      <w:r>
        <w:t>Ljubezen me je našla, ko sem se nehal iskati.</w:t>
      </w:r>
    </w:p>
    <w:p>
      <w:pPr>
        <w:pStyle w:val="Heading2"/>
      </w:pPr>
      <w:r>
        <w:t>Verba 112</w:t>
      </w:r>
    </w:p>
    <w:p>
      <w:r>
        <w:t>Srce ljubi brez pogojev – zato boli in zdravi obenem.</w:t>
      </w:r>
    </w:p>
    <w:p>
      <w:pPr>
        <w:pStyle w:val="Heading2"/>
      </w:pPr>
      <w:r>
        <w:t>Verba 113</w:t>
      </w:r>
    </w:p>
    <w:p>
      <w:r>
        <w:t>Ko me ne razumeš, a vseeno ostaneš – to je ljubezen.</w:t>
      </w:r>
    </w:p>
    <w:p>
      <w:pPr>
        <w:pStyle w:val="Heading2"/>
      </w:pPr>
      <w:r>
        <w:t>Verba 114</w:t>
      </w:r>
    </w:p>
    <w:p>
      <w:r>
        <w:t>Ljubezen ne sprašuje, če si pripravljen. Samo pride.</w:t>
      </w:r>
    </w:p>
    <w:p>
      <w:pPr>
        <w:pStyle w:val="Heading2"/>
      </w:pPr>
      <w:r>
        <w:t>Verba 115</w:t>
      </w:r>
    </w:p>
    <w:p>
      <w:r>
        <w:t>V tvojem dotiku sem pozabil vse strahove.</w:t>
      </w:r>
    </w:p>
    <w:p>
      <w:pPr>
        <w:pStyle w:val="Heading2"/>
      </w:pPr>
      <w:r>
        <w:t>Verba 116</w:t>
      </w:r>
    </w:p>
    <w:p>
      <w:r>
        <w:t>Tvoja tišina me je slišala najglasneje.</w:t>
      </w:r>
    </w:p>
    <w:p>
      <w:pPr>
        <w:pStyle w:val="Heading2"/>
      </w:pPr>
      <w:r>
        <w:t>Verba 117</w:t>
      </w:r>
    </w:p>
    <w:p>
      <w:r>
        <w:t>Ko me začutiš, ne da me slišiš – sem doma.</w:t>
      </w:r>
    </w:p>
    <w:p>
      <w:pPr>
        <w:pStyle w:val="Heading2"/>
      </w:pPr>
      <w:r>
        <w:t>Verba 118</w:t>
      </w:r>
    </w:p>
    <w:p>
      <w:r>
        <w:t>Ljubezen ne teče skozi besede. Teče skozi pogum.</w:t>
      </w:r>
    </w:p>
    <w:p>
      <w:pPr>
        <w:pStyle w:val="Heading2"/>
      </w:pPr>
      <w:r>
        <w:t>Verba 119</w:t>
      </w:r>
    </w:p>
    <w:p>
      <w:r>
        <w:t>Srce si deli prostor z ranljivostjo.</w:t>
      </w:r>
    </w:p>
    <w:p>
      <w:pPr>
        <w:pStyle w:val="Heading2"/>
      </w:pPr>
      <w:r>
        <w:t>Verba 120</w:t>
      </w:r>
    </w:p>
    <w:p>
      <w:r>
        <w:t>Ljubezen ni pogoj. Je prisotnost.</w:t>
      </w:r>
    </w:p>
    <w:p>
      <w:pPr>
        <w:pStyle w:val="Heading2"/>
      </w:pPr>
      <w:r>
        <w:t>Verba 121</w:t>
      </w:r>
    </w:p>
    <w:p>
      <w:r>
        <w:t>Če ostaneš, ko sem najmanj prijeten – si že ljubil.</w:t>
      </w:r>
    </w:p>
    <w:p>
      <w:pPr>
        <w:pStyle w:val="Heading2"/>
      </w:pPr>
      <w:r>
        <w:t>Verba 122</w:t>
      </w:r>
    </w:p>
    <w:p>
      <w:r>
        <w:t>Tvoj pogled mi je povedal, da sem vreden ostanka.</w:t>
      </w:r>
    </w:p>
    <w:p>
      <w:pPr>
        <w:pStyle w:val="Heading2"/>
      </w:pPr>
      <w:r>
        <w:t>Verba 123</w:t>
      </w:r>
    </w:p>
    <w:p>
      <w:r>
        <w:t>Ljubezen ne izbriše. Ljubezen spoštuje sledi.</w:t>
      </w:r>
    </w:p>
    <w:p>
      <w:pPr>
        <w:pStyle w:val="Heading2"/>
      </w:pPr>
      <w:r>
        <w:t>Verba 124</w:t>
      </w:r>
    </w:p>
    <w:p>
      <w:r>
        <w:t>Ko sem te sprejel brez oklepa, si postal moj varni kraj.</w:t>
      </w:r>
    </w:p>
    <w:p>
      <w:pPr>
        <w:pStyle w:val="Heading2"/>
      </w:pPr>
      <w:r>
        <w:t>Verba 125</w:t>
      </w:r>
    </w:p>
    <w:p>
      <w:r>
        <w:t>Ljubezen govori v tišinah med stavki.</w:t>
      </w:r>
    </w:p>
    <w:p>
      <w:pPr>
        <w:pStyle w:val="Heading2"/>
      </w:pPr>
      <w:r>
        <w:t>Verba 126</w:t>
      </w:r>
    </w:p>
    <w:p>
      <w:r>
        <w:t>Tvoja roka v moji – svet brez vprašanj.</w:t>
      </w:r>
    </w:p>
    <w:p>
      <w:pPr>
        <w:pStyle w:val="Heading2"/>
      </w:pPr>
      <w:r>
        <w:t>Verba 127</w:t>
      </w:r>
    </w:p>
    <w:p>
      <w:r>
        <w:t>Naj bo ljubezen odgovor, ki ne potrebuje vprašanja.</w:t>
      </w:r>
    </w:p>
    <w:p>
      <w:pPr>
        <w:pStyle w:val="Heading2"/>
      </w:pPr>
      <w:r>
        <w:t>Verba 128</w:t>
      </w:r>
    </w:p>
    <w:p>
      <w:r>
        <w:t>Ko si, sem.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