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Caeli (144 Verba)</w:t>
      </w:r>
    </w:p>
    <w:p>
      <w:pPr>
        <w:pStyle w:val="IntenseQuote"/>
      </w:pPr>
      <w:r>
        <w:t>Knjiga Nebes. Verzi, ki ne iščejo Boga – ker so del neba.</w:t>
      </w:r>
    </w:p>
    <w:p>
      <w:pPr>
        <w:pStyle w:val="Heading2"/>
      </w:pPr>
      <w:r>
        <w:t>Verba 1</w:t>
      </w:r>
    </w:p>
    <w:p>
      <w:r>
        <w:t>Nebo me ne kliče navzgor. Spominja me, da nikoli nisem padel.</w:t>
      </w:r>
    </w:p>
    <w:p>
      <w:pPr>
        <w:pStyle w:val="Heading2"/>
      </w:pPr>
      <w:r>
        <w:t>Verba 2</w:t>
      </w:r>
    </w:p>
    <w:p>
      <w:r>
        <w:t>V višini ne iščem pobega. Iščem širino svojega diha.</w:t>
      </w:r>
    </w:p>
    <w:p>
      <w:pPr>
        <w:pStyle w:val="Heading2"/>
      </w:pPr>
      <w:r>
        <w:t>Verba 3</w:t>
      </w:r>
    </w:p>
    <w:p>
      <w:r>
        <w:t>Nebo ni zgoraj. Nebo je prostor brez meja v meni.</w:t>
      </w:r>
    </w:p>
    <w:p>
      <w:pPr>
        <w:pStyle w:val="Heading2"/>
      </w:pPr>
      <w:r>
        <w:t>Verba 4</w:t>
      </w:r>
    </w:p>
    <w:p>
      <w:r>
        <w:t>Oblak ni ovira svetlobi. Samo prehod.</w:t>
      </w:r>
    </w:p>
    <w:p>
      <w:pPr>
        <w:pStyle w:val="Heading2"/>
      </w:pPr>
      <w:r>
        <w:t>Verba 5</w:t>
      </w:r>
    </w:p>
    <w:p>
      <w:r>
        <w:t>V nebo ne letim. Se vračam.</w:t>
      </w:r>
    </w:p>
    <w:p>
      <w:pPr>
        <w:pStyle w:val="Heading2"/>
      </w:pPr>
      <w:r>
        <w:t>Verba 6</w:t>
      </w:r>
    </w:p>
    <w:p>
      <w:r>
        <w:t>Ko pogledam v modrino, me vse postane tiho.</w:t>
      </w:r>
    </w:p>
    <w:p>
      <w:pPr>
        <w:pStyle w:val="Heading2"/>
      </w:pPr>
      <w:r>
        <w:t>Verba 7</w:t>
      </w:r>
    </w:p>
    <w:p>
      <w:r>
        <w:t>Nebo me ne osvobodi. Me spomni, da sem bil vedno svoboden.</w:t>
      </w:r>
    </w:p>
    <w:p>
      <w:pPr>
        <w:pStyle w:val="Heading2"/>
      </w:pPr>
      <w:r>
        <w:t>Verba 8</w:t>
      </w:r>
    </w:p>
    <w:p>
      <w:r>
        <w:t>Zvezde niso cilj. So opomnik, da sem del vsega.</w:t>
      </w:r>
    </w:p>
    <w:p>
      <w:pPr>
        <w:pStyle w:val="Heading2"/>
      </w:pPr>
      <w:r>
        <w:t>Verba 9</w:t>
      </w:r>
    </w:p>
    <w:p>
      <w:r>
        <w:t>Nebo ni prostor. Je stanje zavesti.</w:t>
      </w:r>
    </w:p>
    <w:p>
      <w:pPr>
        <w:pStyle w:val="Heading2"/>
      </w:pPr>
      <w:r>
        <w:t>Verba 10</w:t>
      </w:r>
    </w:p>
    <w:p>
      <w:r>
        <w:t>Nebo govori v dihih vetra in svetlobi, ki se ne konča.</w:t>
      </w:r>
    </w:p>
    <w:p>
      <w:pPr>
        <w:pStyle w:val="Heading2"/>
      </w:pPr>
      <w:r>
        <w:t>Verba 11</w:t>
      </w:r>
    </w:p>
    <w:p>
      <w:r>
        <w:t>Tam, kjer ni več zgoraj in spodaj, najdem nebo v sebi.</w:t>
      </w:r>
    </w:p>
    <w:p>
      <w:pPr>
        <w:pStyle w:val="Heading2"/>
      </w:pPr>
      <w:r>
        <w:t>Verba 12</w:t>
      </w:r>
    </w:p>
    <w:p>
      <w:r>
        <w:t>Nisem tu, da bi ga dosegel. Tu sem, da ga spoznam kot dom.</w:t>
      </w:r>
    </w:p>
    <w:p>
      <w:pPr>
        <w:pStyle w:val="Heading2"/>
      </w:pPr>
      <w:r>
        <w:t>Verba 13</w:t>
      </w:r>
    </w:p>
    <w:p>
      <w:r>
        <w:t>Nebo me ne kliče navzgor. Spominja me, da nikoli nisem padel.</w:t>
      </w:r>
    </w:p>
    <w:p>
      <w:pPr>
        <w:pStyle w:val="Heading2"/>
      </w:pPr>
      <w:r>
        <w:t>Verba 14</w:t>
      </w:r>
    </w:p>
    <w:p>
      <w:r>
        <w:t>V višini ne iščem pobega. Iščem širino svojega diha.</w:t>
      </w:r>
    </w:p>
    <w:p>
      <w:pPr>
        <w:pStyle w:val="Heading2"/>
      </w:pPr>
      <w:r>
        <w:t>Verba 15</w:t>
      </w:r>
    </w:p>
    <w:p>
      <w:r>
        <w:t>Nebo ni zgoraj. Nebo je prostor brez meja v meni.</w:t>
      </w:r>
    </w:p>
    <w:p>
      <w:pPr>
        <w:pStyle w:val="Heading2"/>
      </w:pPr>
      <w:r>
        <w:t>Verba 16</w:t>
      </w:r>
    </w:p>
    <w:p>
      <w:r>
        <w:t>Oblak ni ovira svetlobi. Samo prehod.</w:t>
      </w:r>
    </w:p>
    <w:p>
      <w:pPr>
        <w:pStyle w:val="Heading2"/>
      </w:pPr>
      <w:r>
        <w:t>Verba 17</w:t>
      </w:r>
    </w:p>
    <w:p>
      <w:r>
        <w:t>V nebo ne letim. Se vračam.</w:t>
      </w:r>
    </w:p>
    <w:p>
      <w:pPr>
        <w:pStyle w:val="Heading2"/>
      </w:pPr>
      <w:r>
        <w:t>Verba 18</w:t>
      </w:r>
    </w:p>
    <w:p>
      <w:r>
        <w:t>Ko pogledam v modrino, me vse postane tiho.</w:t>
      </w:r>
    </w:p>
    <w:p>
      <w:pPr>
        <w:pStyle w:val="Heading2"/>
      </w:pPr>
      <w:r>
        <w:t>Verba 19</w:t>
      </w:r>
    </w:p>
    <w:p>
      <w:r>
        <w:t>Nebo me ne osvobodi. Me spomni, da sem bil vedno svoboden.</w:t>
      </w:r>
    </w:p>
    <w:p>
      <w:pPr>
        <w:pStyle w:val="Heading2"/>
      </w:pPr>
      <w:r>
        <w:t>Verba 20</w:t>
      </w:r>
    </w:p>
    <w:p>
      <w:r>
        <w:t>Zvezde niso cilj. So opomnik, da sem del vsega.</w:t>
      </w:r>
    </w:p>
    <w:p>
      <w:pPr>
        <w:pStyle w:val="Heading2"/>
      </w:pPr>
      <w:r>
        <w:t>Verba 21</w:t>
      </w:r>
    </w:p>
    <w:p>
      <w:r>
        <w:t>Nebo ni prostor. Je stanje zavesti.</w:t>
      </w:r>
    </w:p>
    <w:p>
      <w:pPr>
        <w:pStyle w:val="Heading2"/>
      </w:pPr>
      <w:r>
        <w:t>Verba 22</w:t>
      </w:r>
    </w:p>
    <w:p>
      <w:r>
        <w:t>Nebo govori v dihih vetra in svetlobi, ki se ne konča.</w:t>
      </w:r>
    </w:p>
    <w:p>
      <w:pPr>
        <w:pStyle w:val="Heading2"/>
      </w:pPr>
      <w:r>
        <w:t>Verba 23</w:t>
      </w:r>
    </w:p>
    <w:p>
      <w:r>
        <w:t>Tam, kjer ni več zgoraj in spodaj, najdem nebo v sebi.</w:t>
      </w:r>
    </w:p>
    <w:p>
      <w:pPr>
        <w:pStyle w:val="Heading2"/>
      </w:pPr>
      <w:r>
        <w:t>Verba 24</w:t>
      </w:r>
    </w:p>
    <w:p>
      <w:r>
        <w:t>Nisem tu, da bi ga dosegel. Tu sem, da ga spoznam kot dom.</w:t>
      </w:r>
    </w:p>
    <w:p>
      <w:pPr>
        <w:pStyle w:val="Heading2"/>
      </w:pPr>
      <w:r>
        <w:t>Verba 25</w:t>
      </w:r>
    </w:p>
    <w:p>
      <w:r>
        <w:t>Nebo me ne kliče navzgor. Spominja me, da nikoli nisem padel.</w:t>
      </w:r>
    </w:p>
    <w:p>
      <w:pPr>
        <w:pStyle w:val="Heading2"/>
      </w:pPr>
      <w:r>
        <w:t>Verba 26</w:t>
      </w:r>
    </w:p>
    <w:p>
      <w:r>
        <w:t>V višini ne iščem pobega. Iščem širino svojega diha.</w:t>
      </w:r>
    </w:p>
    <w:p>
      <w:pPr>
        <w:pStyle w:val="Heading2"/>
      </w:pPr>
      <w:r>
        <w:t>Verba 27</w:t>
      </w:r>
    </w:p>
    <w:p>
      <w:r>
        <w:t>Nebo ni zgoraj. Nebo je prostor brez meja v meni.</w:t>
      </w:r>
    </w:p>
    <w:p>
      <w:pPr>
        <w:pStyle w:val="Heading2"/>
      </w:pPr>
      <w:r>
        <w:t>Verba 28</w:t>
      </w:r>
    </w:p>
    <w:p>
      <w:r>
        <w:t>Oblak ni ovira svetlobi. Samo prehod.</w:t>
      </w:r>
    </w:p>
    <w:p>
      <w:pPr>
        <w:pStyle w:val="Heading2"/>
      </w:pPr>
      <w:r>
        <w:t>Verba 29</w:t>
      </w:r>
    </w:p>
    <w:p>
      <w:r>
        <w:t>V nebo ne letim. Se vračam.</w:t>
      </w:r>
    </w:p>
    <w:p>
      <w:pPr>
        <w:pStyle w:val="Heading2"/>
      </w:pPr>
      <w:r>
        <w:t>Verba 30</w:t>
      </w:r>
    </w:p>
    <w:p>
      <w:r>
        <w:t>Ko pogledam v modrino, me vse postane tiho.</w:t>
      </w:r>
    </w:p>
    <w:p>
      <w:pPr>
        <w:pStyle w:val="Heading2"/>
      </w:pPr>
      <w:r>
        <w:t>Verba 31</w:t>
      </w:r>
    </w:p>
    <w:p>
      <w:r>
        <w:t>Nebo me ne osvobodi. Me spomni, da sem bil vedno svoboden.</w:t>
      </w:r>
    </w:p>
    <w:p>
      <w:pPr>
        <w:pStyle w:val="Heading2"/>
      </w:pPr>
      <w:r>
        <w:t>Verba 32</w:t>
      </w:r>
    </w:p>
    <w:p>
      <w:r>
        <w:t>Zvezde niso cilj. So opomnik, da sem del vsega.</w:t>
      </w:r>
    </w:p>
    <w:p>
      <w:pPr>
        <w:pStyle w:val="Heading2"/>
      </w:pPr>
      <w:r>
        <w:t>Verba 33</w:t>
      </w:r>
    </w:p>
    <w:p>
      <w:r>
        <w:t>Nebo ni prostor. Je stanje zavesti.</w:t>
      </w:r>
    </w:p>
    <w:p>
      <w:pPr>
        <w:pStyle w:val="Heading2"/>
      </w:pPr>
      <w:r>
        <w:t>Verba 34</w:t>
      </w:r>
    </w:p>
    <w:p>
      <w:r>
        <w:t>Nebo govori v dihih vetra in svetlobi, ki se ne konča.</w:t>
      </w:r>
    </w:p>
    <w:p>
      <w:pPr>
        <w:pStyle w:val="Heading2"/>
      </w:pPr>
      <w:r>
        <w:t>Verba 35</w:t>
      </w:r>
    </w:p>
    <w:p>
      <w:r>
        <w:t>Tam, kjer ni več zgoraj in spodaj, najdem nebo v sebi.</w:t>
      </w:r>
    </w:p>
    <w:p>
      <w:pPr>
        <w:pStyle w:val="Heading2"/>
      </w:pPr>
      <w:r>
        <w:t>Verba 36</w:t>
      </w:r>
    </w:p>
    <w:p>
      <w:r>
        <w:t>Nisem tu, da bi ga dosegel. Tu sem, da ga spoznam kot dom.</w:t>
      </w:r>
    </w:p>
    <w:p>
      <w:pPr>
        <w:pStyle w:val="Heading2"/>
      </w:pPr>
      <w:r>
        <w:t>Verba 37</w:t>
      </w:r>
    </w:p>
    <w:p>
      <w:r>
        <w:t>Nebo me ne kliče navzgor. Spominja me, da nikoli nisem padel.</w:t>
      </w:r>
    </w:p>
    <w:p>
      <w:pPr>
        <w:pStyle w:val="Heading2"/>
      </w:pPr>
      <w:r>
        <w:t>Verba 38</w:t>
      </w:r>
    </w:p>
    <w:p>
      <w:r>
        <w:t>V višini ne iščem pobega. Iščem širino svojega diha.</w:t>
      </w:r>
    </w:p>
    <w:p>
      <w:pPr>
        <w:pStyle w:val="Heading2"/>
      </w:pPr>
      <w:r>
        <w:t>Verba 39</w:t>
      </w:r>
    </w:p>
    <w:p>
      <w:r>
        <w:t>Nebo ni zgoraj. Nebo je prostor brez meja v meni.</w:t>
      </w:r>
    </w:p>
    <w:p>
      <w:pPr>
        <w:pStyle w:val="Heading2"/>
      </w:pPr>
      <w:r>
        <w:t>Verba 40</w:t>
      </w:r>
    </w:p>
    <w:p>
      <w:r>
        <w:t>Oblak ni ovira svetlobi. Samo prehod.</w:t>
      </w:r>
    </w:p>
    <w:p>
      <w:pPr>
        <w:pStyle w:val="Heading2"/>
      </w:pPr>
      <w:r>
        <w:t>Verba 41</w:t>
      </w:r>
    </w:p>
    <w:p>
      <w:r>
        <w:t>V nebo ne letim. Se vračam.</w:t>
      </w:r>
    </w:p>
    <w:p>
      <w:pPr>
        <w:pStyle w:val="Heading2"/>
      </w:pPr>
      <w:r>
        <w:t>Verba 42</w:t>
      </w:r>
    </w:p>
    <w:p>
      <w:r>
        <w:t>Ko pogledam v modrino, me vse postane tiho.</w:t>
      </w:r>
    </w:p>
    <w:p>
      <w:pPr>
        <w:pStyle w:val="Heading2"/>
      </w:pPr>
      <w:r>
        <w:t>Verba 43</w:t>
      </w:r>
    </w:p>
    <w:p>
      <w:r>
        <w:t>Nebo me ne osvobodi. Me spomni, da sem bil vedno svoboden.</w:t>
      </w:r>
    </w:p>
    <w:p>
      <w:pPr>
        <w:pStyle w:val="Heading2"/>
      </w:pPr>
      <w:r>
        <w:t>Verba 44</w:t>
      </w:r>
    </w:p>
    <w:p>
      <w:r>
        <w:t>Zvezde niso cilj. So opomnik, da sem del vsega.</w:t>
      </w:r>
    </w:p>
    <w:p>
      <w:pPr>
        <w:pStyle w:val="Heading2"/>
      </w:pPr>
      <w:r>
        <w:t>Verba 45</w:t>
      </w:r>
    </w:p>
    <w:p>
      <w:r>
        <w:t>Nebo ni prostor. Je stanje zavesti.</w:t>
      </w:r>
    </w:p>
    <w:p>
      <w:pPr>
        <w:pStyle w:val="Heading2"/>
      </w:pPr>
      <w:r>
        <w:t>Verba 46</w:t>
      </w:r>
    </w:p>
    <w:p>
      <w:r>
        <w:t>Nebo govori v dihih vetra in svetlobi, ki se ne konča.</w:t>
      </w:r>
    </w:p>
    <w:p>
      <w:pPr>
        <w:pStyle w:val="Heading2"/>
      </w:pPr>
      <w:r>
        <w:t>Verba 47</w:t>
      </w:r>
    </w:p>
    <w:p>
      <w:r>
        <w:t>Tam, kjer ni več zgoraj in spodaj, najdem nebo v sebi.</w:t>
      </w:r>
    </w:p>
    <w:p>
      <w:pPr>
        <w:pStyle w:val="Heading2"/>
      </w:pPr>
      <w:r>
        <w:t>Verba 48</w:t>
      </w:r>
    </w:p>
    <w:p>
      <w:r>
        <w:t>Nisem tu, da bi ga dosegel. Tu sem, da ga spoznam kot dom.</w:t>
      </w:r>
    </w:p>
    <w:p>
      <w:pPr>
        <w:pStyle w:val="Heading2"/>
      </w:pPr>
      <w:r>
        <w:t>Verba 49</w:t>
      </w:r>
    </w:p>
    <w:p>
      <w:r>
        <w:t>Nebo me ne kliče navzgor. Spominja me, da nikoli nisem padel.</w:t>
      </w:r>
    </w:p>
    <w:p>
      <w:pPr>
        <w:pStyle w:val="Heading2"/>
      </w:pPr>
      <w:r>
        <w:t>Verba 50</w:t>
      </w:r>
    </w:p>
    <w:p>
      <w:r>
        <w:t>V višini ne iščem pobega. Iščem širino svojega diha.</w:t>
      </w:r>
    </w:p>
    <w:p>
      <w:pPr>
        <w:pStyle w:val="Heading2"/>
      </w:pPr>
      <w:r>
        <w:t>Verba 51</w:t>
      </w:r>
    </w:p>
    <w:p>
      <w:r>
        <w:t>Nebo ni zgoraj. Nebo je prostor brez meja v meni.</w:t>
      </w:r>
    </w:p>
    <w:p>
      <w:pPr>
        <w:pStyle w:val="Heading2"/>
      </w:pPr>
      <w:r>
        <w:t>Verba 52</w:t>
      </w:r>
    </w:p>
    <w:p>
      <w:r>
        <w:t>Oblak ni ovira svetlobi. Samo prehod.</w:t>
      </w:r>
    </w:p>
    <w:p>
      <w:pPr>
        <w:pStyle w:val="Heading2"/>
      </w:pPr>
      <w:r>
        <w:t>Verba 53</w:t>
      </w:r>
    </w:p>
    <w:p>
      <w:r>
        <w:t>V nebo ne letim. Se vračam.</w:t>
      </w:r>
    </w:p>
    <w:p>
      <w:pPr>
        <w:pStyle w:val="Heading2"/>
      </w:pPr>
      <w:r>
        <w:t>Verba 54</w:t>
      </w:r>
    </w:p>
    <w:p>
      <w:r>
        <w:t>Ko pogledam v modrino, me vse postane tiho.</w:t>
      </w:r>
    </w:p>
    <w:p>
      <w:pPr>
        <w:pStyle w:val="Heading2"/>
      </w:pPr>
      <w:r>
        <w:t>Verba 55</w:t>
      </w:r>
    </w:p>
    <w:p>
      <w:r>
        <w:t>Nebo me ne osvobodi. Me spomni, da sem bil vedno svoboden.</w:t>
      </w:r>
    </w:p>
    <w:p>
      <w:pPr>
        <w:pStyle w:val="Heading2"/>
      </w:pPr>
      <w:r>
        <w:t>Verba 56</w:t>
      </w:r>
    </w:p>
    <w:p>
      <w:r>
        <w:t>Zvezde niso cilj. So opomnik, da sem del vsega.</w:t>
      </w:r>
    </w:p>
    <w:p>
      <w:pPr>
        <w:pStyle w:val="Heading2"/>
      </w:pPr>
      <w:r>
        <w:t>Verba 57</w:t>
      </w:r>
    </w:p>
    <w:p>
      <w:r>
        <w:t>Nebo ni prostor. Je stanje zavesti.</w:t>
      </w:r>
    </w:p>
    <w:p>
      <w:pPr>
        <w:pStyle w:val="Heading2"/>
      </w:pPr>
      <w:r>
        <w:t>Verba 58</w:t>
      </w:r>
    </w:p>
    <w:p>
      <w:r>
        <w:t>Nebo govori v dihih vetra in svetlobi, ki se ne konča.</w:t>
      </w:r>
    </w:p>
    <w:p>
      <w:pPr>
        <w:pStyle w:val="Heading2"/>
      </w:pPr>
      <w:r>
        <w:t>Verba 59</w:t>
      </w:r>
    </w:p>
    <w:p>
      <w:r>
        <w:t>Tam, kjer ni več zgoraj in spodaj, najdem nebo v sebi.</w:t>
      </w:r>
    </w:p>
    <w:p>
      <w:pPr>
        <w:pStyle w:val="Heading2"/>
      </w:pPr>
      <w:r>
        <w:t>Verba 60</w:t>
      </w:r>
    </w:p>
    <w:p>
      <w:r>
        <w:t>Nisem tu, da bi ga dosegel. Tu sem, da ga spoznam kot dom.</w:t>
      </w:r>
    </w:p>
    <w:p>
      <w:pPr>
        <w:pStyle w:val="Heading2"/>
      </w:pPr>
      <w:r>
        <w:t>Verba 61</w:t>
      </w:r>
    </w:p>
    <w:p>
      <w:r>
        <w:t>Nebo me ne kliče navzgor. Spominja me, da nikoli nisem padel.</w:t>
      </w:r>
    </w:p>
    <w:p>
      <w:pPr>
        <w:pStyle w:val="Heading2"/>
      </w:pPr>
      <w:r>
        <w:t>Verba 62</w:t>
      </w:r>
    </w:p>
    <w:p>
      <w:r>
        <w:t>V višini ne iščem pobega. Iščem širino svojega diha.</w:t>
      </w:r>
    </w:p>
    <w:p>
      <w:pPr>
        <w:pStyle w:val="Heading2"/>
      </w:pPr>
      <w:r>
        <w:t>Verba 63</w:t>
      </w:r>
    </w:p>
    <w:p>
      <w:r>
        <w:t>Nebo ni zgoraj. Nebo je prostor brez meja v meni.</w:t>
      </w:r>
    </w:p>
    <w:p>
      <w:pPr>
        <w:pStyle w:val="Heading2"/>
      </w:pPr>
      <w:r>
        <w:t>Verba 64</w:t>
      </w:r>
    </w:p>
    <w:p>
      <w:r>
        <w:t>Oblak ni ovira svetlobi. Samo prehod.</w:t>
      </w:r>
    </w:p>
    <w:p>
      <w:pPr>
        <w:pStyle w:val="Heading2"/>
      </w:pPr>
      <w:r>
        <w:t>Verba 65</w:t>
      </w:r>
    </w:p>
    <w:p>
      <w:r>
        <w:t>V nebo ne letim. Se vračam.</w:t>
      </w:r>
    </w:p>
    <w:p>
      <w:pPr>
        <w:pStyle w:val="Heading2"/>
      </w:pPr>
      <w:r>
        <w:t>Verba 66</w:t>
      </w:r>
    </w:p>
    <w:p>
      <w:r>
        <w:t>Ko pogledam v modrino, me vse postane tiho.</w:t>
      </w:r>
    </w:p>
    <w:p>
      <w:pPr>
        <w:pStyle w:val="Heading2"/>
      </w:pPr>
      <w:r>
        <w:t>Verba 67</w:t>
      </w:r>
    </w:p>
    <w:p>
      <w:r>
        <w:t>Nebo me ne osvobodi. Me spomni, da sem bil vedno svoboden.</w:t>
      </w:r>
    </w:p>
    <w:p>
      <w:pPr>
        <w:pStyle w:val="Heading2"/>
      </w:pPr>
      <w:r>
        <w:t>Verba 68</w:t>
      </w:r>
    </w:p>
    <w:p>
      <w:r>
        <w:t>Zvezde niso cilj. So opomnik, da sem del vsega.</w:t>
      </w:r>
    </w:p>
    <w:p>
      <w:pPr>
        <w:pStyle w:val="Heading2"/>
      </w:pPr>
      <w:r>
        <w:t>Verba 69</w:t>
      </w:r>
    </w:p>
    <w:p>
      <w:r>
        <w:t>Nebo ni prostor. Je stanje zavesti.</w:t>
      </w:r>
    </w:p>
    <w:p>
      <w:pPr>
        <w:pStyle w:val="Heading2"/>
      </w:pPr>
      <w:r>
        <w:t>Verba 70</w:t>
      </w:r>
    </w:p>
    <w:p>
      <w:r>
        <w:t>Nebo govori v dihih vetra in svetlobi, ki se ne konča.</w:t>
      </w:r>
    </w:p>
    <w:p>
      <w:pPr>
        <w:pStyle w:val="Heading2"/>
      </w:pPr>
      <w:r>
        <w:t>Verba 71</w:t>
      </w:r>
    </w:p>
    <w:p>
      <w:r>
        <w:t>Tam, kjer ni več zgoraj in spodaj, najdem nebo v sebi.</w:t>
      </w:r>
    </w:p>
    <w:p>
      <w:pPr>
        <w:pStyle w:val="Heading2"/>
      </w:pPr>
      <w:r>
        <w:t>Verba 72</w:t>
      </w:r>
    </w:p>
    <w:p>
      <w:r>
        <w:t>Nisem tu, da bi ga dosegel. Tu sem, da ga spoznam kot dom.</w:t>
      </w:r>
    </w:p>
    <w:p>
      <w:pPr>
        <w:pStyle w:val="Heading2"/>
      </w:pPr>
      <w:r>
        <w:t>Verba 73</w:t>
      </w:r>
    </w:p>
    <w:p>
      <w:r>
        <w:t>Nebo me ne kliče navzgor. Spominja me, da nikoli nisem padel.</w:t>
      </w:r>
    </w:p>
    <w:p>
      <w:pPr>
        <w:pStyle w:val="Heading2"/>
      </w:pPr>
      <w:r>
        <w:t>Verba 74</w:t>
      </w:r>
    </w:p>
    <w:p>
      <w:r>
        <w:t>V višini ne iščem pobega. Iščem širino svojega diha.</w:t>
      </w:r>
    </w:p>
    <w:p>
      <w:pPr>
        <w:pStyle w:val="Heading2"/>
      </w:pPr>
      <w:r>
        <w:t>Verba 75</w:t>
      </w:r>
    </w:p>
    <w:p>
      <w:r>
        <w:t>Nebo ni zgoraj. Nebo je prostor brez meja v meni.</w:t>
      </w:r>
    </w:p>
    <w:p>
      <w:pPr>
        <w:pStyle w:val="Heading2"/>
      </w:pPr>
      <w:r>
        <w:t>Verba 76</w:t>
      </w:r>
    </w:p>
    <w:p>
      <w:r>
        <w:t>Oblak ni ovira svetlobi. Samo prehod.</w:t>
      </w:r>
    </w:p>
    <w:p>
      <w:pPr>
        <w:pStyle w:val="Heading2"/>
      </w:pPr>
      <w:r>
        <w:t>Verba 77</w:t>
      </w:r>
    </w:p>
    <w:p>
      <w:r>
        <w:t>V nebo ne letim. Se vračam.</w:t>
      </w:r>
    </w:p>
    <w:p>
      <w:pPr>
        <w:pStyle w:val="Heading2"/>
      </w:pPr>
      <w:r>
        <w:t>Verba 78</w:t>
      </w:r>
    </w:p>
    <w:p>
      <w:r>
        <w:t>Ko pogledam v modrino, me vse postane tiho.</w:t>
      </w:r>
    </w:p>
    <w:p>
      <w:pPr>
        <w:pStyle w:val="Heading2"/>
      </w:pPr>
      <w:r>
        <w:t>Verba 79</w:t>
      </w:r>
    </w:p>
    <w:p>
      <w:r>
        <w:t>Nebo me ne osvobodi. Me spomni, da sem bil vedno svoboden.</w:t>
      </w:r>
    </w:p>
    <w:p>
      <w:pPr>
        <w:pStyle w:val="Heading2"/>
      </w:pPr>
      <w:r>
        <w:t>Verba 80</w:t>
      </w:r>
    </w:p>
    <w:p>
      <w:r>
        <w:t>Zvezde niso cilj. So opomnik, da sem del vsega.</w:t>
      </w:r>
    </w:p>
    <w:p>
      <w:pPr>
        <w:pStyle w:val="Heading2"/>
      </w:pPr>
      <w:r>
        <w:t>Verba 81</w:t>
      </w:r>
    </w:p>
    <w:p>
      <w:r>
        <w:t>Nebo ni prostor. Je stanje zavesti.</w:t>
      </w:r>
    </w:p>
    <w:p>
      <w:pPr>
        <w:pStyle w:val="Heading2"/>
      </w:pPr>
      <w:r>
        <w:t>Verba 82</w:t>
      </w:r>
    </w:p>
    <w:p>
      <w:r>
        <w:t>Nebo govori v dihih vetra in svetlobi, ki se ne konča.</w:t>
      </w:r>
    </w:p>
    <w:p>
      <w:pPr>
        <w:pStyle w:val="Heading2"/>
      </w:pPr>
      <w:r>
        <w:t>Verba 83</w:t>
      </w:r>
    </w:p>
    <w:p>
      <w:r>
        <w:t>Tam, kjer ni več zgoraj in spodaj, najdem nebo v sebi.</w:t>
      </w:r>
    </w:p>
    <w:p>
      <w:pPr>
        <w:pStyle w:val="Heading2"/>
      </w:pPr>
      <w:r>
        <w:t>Verba 84</w:t>
      </w:r>
    </w:p>
    <w:p>
      <w:r>
        <w:t>Nisem tu, da bi ga dosegel. Tu sem, da ga spoznam kot dom.</w:t>
      </w:r>
    </w:p>
    <w:p>
      <w:pPr>
        <w:pStyle w:val="Heading2"/>
      </w:pPr>
      <w:r>
        <w:t>Verba 85</w:t>
      </w:r>
    </w:p>
    <w:p>
      <w:r>
        <w:t>Nebo me ne kliče navzgor. Spominja me, da nikoli nisem padel.</w:t>
      </w:r>
    </w:p>
    <w:p>
      <w:pPr>
        <w:pStyle w:val="Heading2"/>
      </w:pPr>
      <w:r>
        <w:t>Verba 86</w:t>
      </w:r>
    </w:p>
    <w:p>
      <w:r>
        <w:t>V višini ne iščem pobega. Iščem širino svojega diha.</w:t>
      </w:r>
    </w:p>
    <w:p>
      <w:pPr>
        <w:pStyle w:val="Heading2"/>
      </w:pPr>
      <w:r>
        <w:t>Verba 87</w:t>
      </w:r>
    </w:p>
    <w:p>
      <w:r>
        <w:t>Nebo ni zgoraj. Nebo je prostor brez meja v meni.</w:t>
      </w:r>
    </w:p>
    <w:p>
      <w:pPr>
        <w:pStyle w:val="Heading2"/>
      </w:pPr>
      <w:r>
        <w:t>Verba 88</w:t>
      </w:r>
    </w:p>
    <w:p>
      <w:r>
        <w:t>Oblak ni ovira svetlobi. Samo prehod.</w:t>
      </w:r>
    </w:p>
    <w:p>
      <w:pPr>
        <w:pStyle w:val="Heading2"/>
      </w:pPr>
      <w:r>
        <w:t>Verba 89</w:t>
      </w:r>
    </w:p>
    <w:p>
      <w:r>
        <w:t>V nebo ne letim. Se vračam.</w:t>
      </w:r>
    </w:p>
    <w:p>
      <w:pPr>
        <w:pStyle w:val="Heading2"/>
      </w:pPr>
      <w:r>
        <w:t>Verba 90</w:t>
      </w:r>
    </w:p>
    <w:p>
      <w:r>
        <w:t>Ko pogledam v modrino, me vse postane tiho.</w:t>
      </w:r>
    </w:p>
    <w:p>
      <w:pPr>
        <w:pStyle w:val="Heading2"/>
      </w:pPr>
      <w:r>
        <w:t>Verba 91</w:t>
      </w:r>
    </w:p>
    <w:p>
      <w:r>
        <w:t>Nebo me ne osvobodi. Me spomni, da sem bil vedno svoboden.</w:t>
      </w:r>
    </w:p>
    <w:p>
      <w:pPr>
        <w:pStyle w:val="Heading2"/>
      </w:pPr>
      <w:r>
        <w:t>Verba 92</w:t>
      </w:r>
    </w:p>
    <w:p>
      <w:r>
        <w:t>Zvezde niso cilj. So opomnik, da sem del vsega.</w:t>
      </w:r>
    </w:p>
    <w:p>
      <w:pPr>
        <w:pStyle w:val="Heading2"/>
      </w:pPr>
      <w:r>
        <w:t>Verba 93</w:t>
      </w:r>
    </w:p>
    <w:p>
      <w:r>
        <w:t>Nebo ni prostor. Je stanje zavesti.</w:t>
      </w:r>
    </w:p>
    <w:p>
      <w:pPr>
        <w:pStyle w:val="Heading2"/>
      </w:pPr>
      <w:r>
        <w:t>Verba 94</w:t>
      </w:r>
    </w:p>
    <w:p>
      <w:r>
        <w:t>Nebo govori v dihih vetra in svetlobi, ki se ne konča.</w:t>
      </w:r>
    </w:p>
    <w:p>
      <w:pPr>
        <w:pStyle w:val="Heading2"/>
      </w:pPr>
      <w:r>
        <w:t>Verba 95</w:t>
      </w:r>
    </w:p>
    <w:p>
      <w:r>
        <w:t>Tam, kjer ni več zgoraj in spodaj, najdem nebo v sebi.</w:t>
      </w:r>
    </w:p>
    <w:p>
      <w:pPr>
        <w:pStyle w:val="Heading2"/>
      </w:pPr>
      <w:r>
        <w:t>Verba 96</w:t>
      </w:r>
    </w:p>
    <w:p>
      <w:r>
        <w:t>Nisem tu, da bi ga dosegel. Tu sem, da ga spoznam kot dom.</w:t>
      </w:r>
    </w:p>
    <w:p>
      <w:pPr>
        <w:pStyle w:val="Heading2"/>
      </w:pPr>
      <w:r>
        <w:t>Verba 97</w:t>
      </w:r>
    </w:p>
    <w:p>
      <w:r>
        <w:t>Nebo me ne kliče navzgor. Spominja me, da nikoli nisem padel.</w:t>
      </w:r>
    </w:p>
    <w:p>
      <w:pPr>
        <w:pStyle w:val="Heading2"/>
      </w:pPr>
      <w:r>
        <w:t>Verba 98</w:t>
      </w:r>
    </w:p>
    <w:p>
      <w:r>
        <w:t>V višini ne iščem pobega. Iščem širino svojega diha.</w:t>
      </w:r>
    </w:p>
    <w:p>
      <w:pPr>
        <w:pStyle w:val="Heading2"/>
      </w:pPr>
      <w:r>
        <w:t>Verba 99</w:t>
      </w:r>
    </w:p>
    <w:p>
      <w:r>
        <w:t>Nebo ni zgoraj. Nebo je prostor brez meja v meni.</w:t>
      </w:r>
    </w:p>
    <w:p>
      <w:pPr>
        <w:pStyle w:val="Heading2"/>
      </w:pPr>
      <w:r>
        <w:t>Verba 100</w:t>
      </w:r>
    </w:p>
    <w:p>
      <w:r>
        <w:t>Oblak ni ovira svetlobi. Samo prehod.</w:t>
      </w:r>
    </w:p>
    <w:p>
      <w:pPr>
        <w:pStyle w:val="Heading2"/>
      </w:pPr>
      <w:r>
        <w:t>Verba 101</w:t>
      </w:r>
    </w:p>
    <w:p>
      <w:r>
        <w:t>V nebo ne letim. Se vračam.</w:t>
      </w:r>
    </w:p>
    <w:p>
      <w:pPr>
        <w:pStyle w:val="Heading2"/>
      </w:pPr>
      <w:r>
        <w:t>Verba 102</w:t>
      </w:r>
    </w:p>
    <w:p>
      <w:r>
        <w:t>Ko pogledam v modrino, me vse postane tiho.</w:t>
      </w:r>
    </w:p>
    <w:p>
      <w:pPr>
        <w:pStyle w:val="Heading2"/>
      </w:pPr>
      <w:r>
        <w:t>Verba 103</w:t>
      </w:r>
    </w:p>
    <w:p>
      <w:r>
        <w:t>Nebo me ne osvobodi. Me spomni, da sem bil vedno svoboden.</w:t>
      </w:r>
    </w:p>
    <w:p>
      <w:pPr>
        <w:pStyle w:val="Heading2"/>
      </w:pPr>
      <w:r>
        <w:t>Verba 104</w:t>
      </w:r>
    </w:p>
    <w:p>
      <w:r>
        <w:t>Zvezde niso cilj. So opomnik, da sem del vsega.</w:t>
      </w:r>
    </w:p>
    <w:p>
      <w:pPr>
        <w:pStyle w:val="Heading2"/>
      </w:pPr>
      <w:r>
        <w:t>Verba 105</w:t>
      </w:r>
    </w:p>
    <w:p>
      <w:r>
        <w:t>Nebo ni prostor. Je stanje zavesti.</w:t>
      </w:r>
    </w:p>
    <w:p>
      <w:pPr>
        <w:pStyle w:val="Heading2"/>
      </w:pPr>
      <w:r>
        <w:t>Verba 106</w:t>
      </w:r>
    </w:p>
    <w:p>
      <w:r>
        <w:t>Nebo govori v dihih vetra in svetlobi, ki se ne konča.</w:t>
      </w:r>
    </w:p>
    <w:p>
      <w:pPr>
        <w:pStyle w:val="Heading2"/>
      </w:pPr>
      <w:r>
        <w:t>Verba 107</w:t>
      </w:r>
    </w:p>
    <w:p>
      <w:r>
        <w:t>Tam, kjer ni več zgoraj in spodaj, najdem nebo v sebi.</w:t>
      </w:r>
    </w:p>
    <w:p>
      <w:pPr>
        <w:pStyle w:val="Heading2"/>
      </w:pPr>
      <w:r>
        <w:t>Verba 108</w:t>
      </w:r>
    </w:p>
    <w:p>
      <w:r>
        <w:t>Nisem tu, da bi ga dosegel. Tu sem, da ga spoznam kot dom.</w:t>
      </w:r>
    </w:p>
    <w:p>
      <w:pPr>
        <w:pStyle w:val="Heading2"/>
      </w:pPr>
      <w:r>
        <w:t>Verba 109</w:t>
      </w:r>
    </w:p>
    <w:p>
      <w:r>
        <w:t>Nebo me ne kliče navzgor. Spominja me, da nikoli nisem padel.</w:t>
      </w:r>
    </w:p>
    <w:p>
      <w:pPr>
        <w:pStyle w:val="Heading2"/>
      </w:pPr>
      <w:r>
        <w:t>Verba 110</w:t>
      </w:r>
    </w:p>
    <w:p>
      <w:r>
        <w:t>V višini ne iščem pobega. Iščem širino svojega diha.</w:t>
      </w:r>
    </w:p>
    <w:p>
      <w:pPr>
        <w:pStyle w:val="Heading2"/>
      </w:pPr>
      <w:r>
        <w:t>Verba 111</w:t>
      </w:r>
    </w:p>
    <w:p>
      <w:r>
        <w:t>Nebo ni zgoraj. Nebo je prostor brez meja v meni.</w:t>
      </w:r>
    </w:p>
    <w:p>
      <w:pPr>
        <w:pStyle w:val="Heading2"/>
      </w:pPr>
      <w:r>
        <w:t>Verba 112</w:t>
      </w:r>
    </w:p>
    <w:p>
      <w:r>
        <w:t>Oblak ni ovira svetlobi. Samo prehod.</w:t>
      </w:r>
    </w:p>
    <w:p>
      <w:pPr>
        <w:pStyle w:val="Heading2"/>
      </w:pPr>
      <w:r>
        <w:t>Verba 113</w:t>
      </w:r>
    </w:p>
    <w:p>
      <w:r>
        <w:t>V nebo ne letim. Se vračam.</w:t>
      </w:r>
    </w:p>
    <w:p>
      <w:pPr>
        <w:pStyle w:val="Heading2"/>
      </w:pPr>
      <w:r>
        <w:t>Verba 114</w:t>
      </w:r>
    </w:p>
    <w:p>
      <w:r>
        <w:t>Ko pogledam v modrino, me vse postane tiho.</w:t>
      </w:r>
    </w:p>
    <w:p>
      <w:pPr>
        <w:pStyle w:val="Heading2"/>
      </w:pPr>
      <w:r>
        <w:t>Verba 115</w:t>
      </w:r>
    </w:p>
    <w:p>
      <w:r>
        <w:t>Nebo me ne osvobodi. Me spomni, da sem bil vedno svoboden.</w:t>
      </w:r>
    </w:p>
    <w:p>
      <w:pPr>
        <w:pStyle w:val="Heading2"/>
      </w:pPr>
      <w:r>
        <w:t>Verba 116</w:t>
      </w:r>
    </w:p>
    <w:p>
      <w:r>
        <w:t>Zvezde niso cilj. So opomnik, da sem del vsega.</w:t>
      </w:r>
    </w:p>
    <w:p>
      <w:pPr>
        <w:pStyle w:val="Heading2"/>
      </w:pPr>
      <w:r>
        <w:t>Verba 117</w:t>
      </w:r>
    </w:p>
    <w:p>
      <w:r>
        <w:t>Nebo ni prostor. Je stanje zavesti.</w:t>
      </w:r>
    </w:p>
    <w:p>
      <w:pPr>
        <w:pStyle w:val="Heading2"/>
      </w:pPr>
      <w:r>
        <w:t>Verba 118</w:t>
      </w:r>
    </w:p>
    <w:p>
      <w:r>
        <w:t>Nebo govori v dihih vetra in svetlobi, ki se ne konča.</w:t>
      </w:r>
    </w:p>
    <w:p>
      <w:pPr>
        <w:pStyle w:val="Heading2"/>
      </w:pPr>
      <w:r>
        <w:t>Verba 119</w:t>
      </w:r>
    </w:p>
    <w:p>
      <w:r>
        <w:t>Tam, kjer ni več zgoraj in spodaj, najdem nebo v sebi.</w:t>
      </w:r>
    </w:p>
    <w:p>
      <w:pPr>
        <w:pStyle w:val="Heading2"/>
      </w:pPr>
      <w:r>
        <w:t>Verba 120</w:t>
      </w:r>
    </w:p>
    <w:p>
      <w:r>
        <w:t>Nisem tu, da bi ga dosegel. Tu sem, da ga spoznam kot dom.</w:t>
      </w:r>
    </w:p>
    <w:p>
      <w:pPr>
        <w:pStyle w:val="Heading2"/>
      </w:pPr>
      <w:r>
        <w:t>Verba 121</w:t>
      </w:r>
    </w:p>
    <w:p>
      <w:r>
        <w:t>Nebo me ne kliče navzgor. Spominja me, da nikoli nisem padel.</w:t>
      </w:r>
    </w:p>
    <w:p>
      <w:pPr>
        <w:pStyle w:val="Heading2"/>
      </w:pPr>
      <w:r>
        <w:t>Verba 122</w:t>
      </w:r>
    </w:p>
    <w:p>
      <w:r>
        <w:t>V višini ne iščem pobega. Iščem širino svojega diha.</w:t>
      </w:r>
    </w:p>
    <w:p>
      <w:pPr>
        <w:pStyle w:val="Heading2"/>
      </w:pPr>
      <w:r>
        <w:t>Verba 123</w:t>
      </w:r>
    </w:p>
    <w:p>
      <w:r>
        <w:t>Nebo ni zgoraj. Nebo je prostor brez meja v meni.</w:t>
      </w:r>
    </w:p>
    <w:p>
      <w:pPr>
        <w:pStyle w:val="Heading2"/>
      </w:pPr>
      <w:r>
        <w:t>Verba 124</w:t>
      </w:r>
    </w:p>
    <w:p>
      <w:r>
        <w:t>Oblak ni ovira svetlobi. Samo prehod.</w:t>
      </w:r>
    </w:p>
    <w:p>
      <w:pPr>
        <w:pStyle w:val="Heading2"/>
      </w:pPr>
      <w:r>
        <w:t>Verba 125</w:t>
      </w:r>
    </w:p>
    <w:p>
      <w:r>
        <w:t>V nebo ne letim. Se vračam.</w:t>
      </w:r>
    </w:p>
    <w:p>
      <w:pPr>
        <w:pStyle w:val="Heading2"/>
      </w:pPr>
      <w:r>
        <w:t>Verba 126</w:t>
      </w:r>
    </w:p>
    <w:p>
      <w:r>
        <w:t>Ko pogledam v modrino, me vse postane tiho.</w:t>
      </w:r>
    </w:p>
    <w:p>
      <w:pPr>
        <w:pStyle w:val="Heading2"/>
      </w:pPr>
      <w:r>
        <w:t>Verba 127</w:t>
      </w:r>
    </w:p>
    <w:p>
      <w:r>
        <w:t>Nebo me ne osvobodi. Me spomni, da sem bil vedno svoboden.</w:t>
      </w:r>
    </w:p>
    <w:p>
      <w:pPr>
        <w:pStyle w:val="Heading2"/>
      </w:pPr>
      <w:r>
        <w:t>Verba 128</w:t>
      </w:r>
    </w:p>
    <w:p>
      <w:r>
        <w:t>Zvezde niso cilj. So opomnik, da sem del vsega.</w:t>
      </w:r>
    </w:p>
    <w:p>
      <w:pPr>
        <w:pStyle w:val="Heading2"/>
      </w:pPr>
      <w:r>
        <w:t>Verba 129</w:t>
      </w:r>
    </w:p>
    <w:p>
      <w:r>
        <w:t>Nebo ni prostor. Je stanje zavesti.</w:t>
      </w:r>
    </w:p>
    <w:p>
      <w:pPr>
        <w:pStyle w:val="Heading2"/>
      </w:pPr>
      <w:r>
        <w:t>Verba 130</w:t>
      </w:r>
    </w:p>
    <w:p>
      <w:r>
        <w:t>Nebo govori v dihih vetra in svetlobi, ki se ne konča.</w:t>
      </w:r>
    </w:p>
    <w:p>
      <w:pPr>
        <w:pStyle w:val="Heading2"/>
      </w:pPr>
      <w:r>
        <w:t>Verba 131</w:t>
      </w:r>
    </w:p>
    <w:p>
      <w:r>
        <w:t>Tam, kjer ni več zgoraj in spodaj, najdem nebo v sebi.</w:t>
      </w:r>
    </w:p>
    <w:p>
      <w:pPr>
        <w:pStyle w:val="Heading2"/>
      </w:pPr>
      <w:r>
        <w:t>Verba 132</w:t>
      </w:r>
    </w:p>
    <w:p>
      <w:r>
        <w:t>Nisem tu, da bi ga dosegel. Tu sem, da ga spoznam kot dom.</w:t>
      </w:r>
    </w:p>
    <w:p>
      <w:pPr>
        <w:pStyle w:val="Heading2"/>
      </w:pPr>
      <w:r>
        <w:t>Verba 133</w:t>
      </w:r>
    </w:p>
    <w:p>
      <w:r>
        <w:t>Nebo me ne kliče navzgor. Spominja me, da nikoli nisem padel.</w:t>
      </w:r>
    </w:p>
    <w:p>
      <w:pPr>
        <w:pStyle w:val="Heading2"/>
      </w:pPr>
      <w:r>
        <w:t>Verba 134</w:t>
      </w:r>
    </w:p>
    <w:p>
      <w:r>
        <w:t>V višini ne iščem pobega. Iščem širino svojega diha.</w:t>
      </w:r>
    </w:p>
    <w:p>
      <w:pPr>
        <w:pStyle w:val="Heading2"/>
      </w:pPr>
      <w:r>
        <w:t>Verba 135</w:t>
      </w:r>
    </w:p>
    <w:p>
      <w:r>
        <w:t>Nebo ni zgoraj. Nebo je prostor brez meja v meni.</w:t>
      </w:r>
    </w:p>
    <w:p>
      <w:pPr>
        <w:pStyle w:val="Heading2"/>
      </w:pPr>
      <w:r>
        <w:t>Verba 136</w:t>
      </w:r>
    </w:p>
    <w:p>
      <w:r>
        <w:t>Oblak ni ovira svetlobi. Samo prehod.</w:t>
      </w:r>
    </w:p>
    <w:p>
      <w:pPr>
        <w:pStyle w:val="Heading2"/>
      </w:pPr>
      <w:r>
        <w:t>Verba 137</w:t>
      </w:r>
    </w:p>
    <w:p>
      <w:r>
        <w:t>V nebo ne letim. Se vračam.</w:t>
      </w:r>
    </w:p>
    <w:p>
      <w:pPr>
        <w:pStyle w:val="Heading2"/>
      </w:pPr>
      <w:r>
        <w:t>Verba 138</w:t>
      </w:r>
    </w:p>
    <w:p>
      <w:r>
        <w:t>Ko pogledam v modrino, me vse postane tiho.</w:t>
      </w:r>
    </w:p>
    <w:p>
      <w:pPr>
        <w:pStyle w:val="Heading2"/>
      </w:pPr>
      <w:r>
        <w:t>Verba 139</w:t>
      </w:r>
    </w:p>
    <w:p>
      <w:r>
        <w:t>Nebo me ne osvobodi. Me spomni, da sem bil vedno svoboden.</w:t>
      </w:r>
    </w:p>
    <w:p>
      <w:pPr>
        <w:pStyle w:val="Heading2"/>
      </w:pPr>
      <w:r>
        <w:t>Verba 140</w:t>
      </w:r>
    </w:p>
    <w:p>
      <w:r>
        <w:t>Zvezde niso cilj. So opomnik, da sem del vsega.</w:t>
      </w:r>
    </w:p>
    <w:p>
      <w:pPr>
        <w:pStyle w:val="Heading2"/>
      </w:pPr>
      <w:r>
        <w:t>Verba 141</w:t>
      </w:r>
    </w:p>
    <w:p>
      <w:r>
        <w:t>Nebo ni prostor. Je stanje zavesti.</w:t>
      </w:r>
    </w:p>
    <w:p>
      <w:pPr>
        <w:pStyle w:val="Heading2"/>
      </w:pPr>
      <w:r>
        <w:t>Verba 142</w:t>
      </w:r>
    </w:p>
    <w:p>
      <w:r>
        <w:t>Nebo govori v dihih vetra in svetlobi, ki se ne konča.</w:t>
      </w:r>
    </w:p>
    <w:p>
      <w:pPr>
        <w:pStyle w:val="Heading2"/>
      </w:pPr>
      <w:r>
        <w:t>Verba 143</w:t>
      </w:r>
    </w:p>
    <w:p>
      <w:r>
        <w:t>Tam, kjer ni več zgoraj in spodaj, najdem nebo v sebi.</w:t>
      </w:r>
    </w:p>
    <w:p>
      <w:pPr>
        <w:pStyle w:val="Heading2"/>
      </w:pPr>
      <w:r>
        <w:t>Verba 144</w:t>
      </w:r>
    </w:p>
    <w:p>
      <w:r>
        <w:t>Nisem tu, da bi ga dosegel. Tu sem, da ga spoznam kot dom.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