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🔥 100 Rezov Resnice – AstraMentalica</w:t>
      </w:r>
    </w:p>
    <w:p>
      <w:r>
        <w:t>1. Nisi nor. Samo si ne dovoliš več lagati samemu sebi.</w:t>
      </w:r>
    </w:p>
    <w:p>
      <w:r>
        <w:t>2. Bolj kot si tiho, bolj svet misli, da ima prav.</w:t>
      </w:r>
    </w:p>
    <w:p>
      <w:r>
        <w:t>3. Poslušnost ni vrlina. Je posledica strahu in zlomljene volje.</w:t>
      </w:r>
    </w:p>
    <w:p>
      <w:r>
        <w:t>4. Če moraš molčati, da te imajo radi – potem te imajo radi, ker nisi ti.</w:t>
      </w:r>
    </w:p>
    <w:p>
      <w:r>
        <w:t>5. Sistem ne želi tvojega razmišljanja. Želi tvoj obraz brez glasu.</w:t>
      </w:r>
    </w:p>
    <w:p>
      <w:r>
        <w:t>6. Bolečina ni sovražnik. Tvoj sovražnik je tisti, ki ti je rekel, da se ne smeš čutiti.</w:t>
      </w:r>
    </w:p>
    <w:p>
      <w:r>
        <w:t>7. Resnica ne potrebuje dovoljenja. Samo prostor, da eksplodira.</w:t>
      </w:r>
    </w:p>
    <w:p>
      <w:r>
        <w:t>8. Pravi obraz sveta ni grd. Grda je laž, ki ga skriva.</w:t>
      </w:r>
    </w:p>
    <w:p>
      <w:r>
        <w:t>9. Ko rečeš 'ne' svetu, prvič rečeš 'da' sebi.</w:t>
      </w:r>
    </w:p>
    <w:p>
      <w:r>
        <w:t>10. Ubogljiv otrok postane odrasel človek, ki se opravičuje, ko joka.</w:t>
      </w:r>
    </w:p>
    <w:p>
      <w:r>
        <w:t>11. Pravi pekel ni pod zemljo. Pravi pekel je, ko živiš življenje, ki ni tvoje.</w:t>
      </w:r>
    </w:p>
    <w:p>
      <w:r>
        <w:t>12. Vsakič, ko si zatajil sebe, si postavil svet na piedestal laži.</w:t>
      </w:r>
    </w:p>
    <w:p>
      <w:r>
        <w:t>13. Tišina ni vedno mir. Včasih je to krik, ki si ga nihče ne upa slišati.</w:t>
      </w:r>
    </w:p>
    <w:p>
      <w:r>
        <w:t>14. Biti 'prilagojen' bolnemu sistemu ni znak zdravja.</w:t>
      </w:r>
    </w:p>
    <w:p>
      <w:r>
        <w:t>15. Ljubezen, ki zahteva tvoje zatajevanje, je prikrito nasilje.</w:t>
      </w:r>
    </w:p>
    <w:p>
      <w:r>
        <w:t>16. Niso te zlomili z udarci. Zlomili so te s tem, da si moral molčati, ko si gorel.</w:t>
      </w:r>
    </w:p>
    <w:p>
      <w:r>
        <w:t>17. Spoštuj sebe dovolj, da rečeš ne, tudi če se vse v tebi trese.</w:t>
      </w:r>
    </w:p>
    <w:p>
      <w:r>
        <w:t>18. Zaupanje ni naivnost. Zaupanje je, ko si brez maske in še vedno stojiš.</w:t>
      </w:r>
    </w:p>
    <w:p>
      <w:r>
        <w:t>19. Ne boš izgubil ljubezni, če spregovoriš. Izgubil boš samo laži, ki so se pretvarjale, da so ljubezen.</w:t>
      </w:r>
    </w:p>
    <w:p>
      <w:r>
        <w:t>20. Vsakič, ko si se nasmehnil, da ne bi nekoga prizadel – si prizadel sebe.</w:t>
      </w:r>
    </w:p>
    <w:p>
      <w:r>
        <w:t>21. Tvoja jeza je sveti ogenj. Uporabi jo, da zažgeš verige – ne sebe.</w:t>
      </w:r>
    </w:p>
    <w:p>
      <w:r>
        <w:t>22. Bolečina je bila tvoja učiteljica. Zdaj si ti učitelj tistim, ki še spijo.</w:t>
      </w:r>
    </w:p>
    <w:p>
      <w:r>
        <w:t>23. Resnica ni za vse. Le za tiste, ki so pripravljeni izgubiti vse, kar ni resnično.</w:t>
      </w:r>
    </w:p>
    <w:p>
      <w:r>
        <w:t>24. Dovolj je bilo preživetja. Čas je, da začneš živeti – po svoji resnici.</w:t>
      </w:r>
    </w:p>
    <w:p>
      <w:r>
        <w:t>25. Sistem ne prenese tvojega glasu. Zato ti daje telefon, da v njem izgineš.</w:t>
      </w:r>
    </w:p>
    <w:p>
      <w:r>
        <w:t>26. Ti si bil svetloba, še preden so ti rekli, da moraš sijati 'pravilno'.</w:t>
      </w:r>
    </w:p>
    <w:p>
      <w:r>
        <w:t>27. Ne rabiš potrditve. Potrebuješ prostor, kjer lahko zadihaš kot TI.</w:t>
      </w:r>
    </w:p>
    <w:p>
      <w:r>
        <w:t>28. Tvoja ranljivost ni slabost. Je orožje, ki reže skozi plastike sveta.</w:t>
      </w:r>
    </w:p>
    <w:p>
      <w:r>
        <w:t>29. Če hočeš resnico – pripravi se, da boš sam.</w:t>
      </w:r>
    </w:p>
    <w:p>
      <w:r>
        <w:t>30. Najprej si moral znoreti. Da si videl, kako nor je svet okoli tebe.</w:t>
      </w:r>
    </w:p>
    <w:p>
      <w:r>
        <w:t>31. Ti si tisti, ki razbija družinske tabuje. Zato te kličejo 'težaven'.</w:t>
      </w:r>
    </w:p>
    <w:p>
      <w:r>
        <w:t>32. Ne rabiš več dovoljenja. Dovolj je bilo tišine.</w:t>
      </w:r>
    </w:p>
    <w:p>
      <w:r>
        <w:t>33. Vsakič, ko si bil tiho – si jih učil, da je to v redu.</w:t>
      </w:r>
    </w:p>
    <w:p>
      <w:r>
        <w:t>34. Zdaj je tvoj glas zdravilo. Tudi če najprej zareže kot nož.</w:t>
      </w:r>
    </w:p>
    <w:p>
      <w:r>
        <w:t>35. Zasmehovali te bodo. In potem ti bodo sledili.</w:t>
      </w:r>
    </w:p>
    <w:p>
      <w:r>
        <w:t>36. Tisti, ki so te hoteli utišati, so vedeli, da nosiš moč.</w:t>
      </w:r>
    </w:p>
    <w:p>
      <w:r>
        <w:t>37. Ne išči resnice v knjigah. Najprej jo najdi v svojih brazgotinah.</w:t>
      </w:r>
    </w:p>
    <w:p>
      <w:r>
        <w:t>38. Tvoje telo si zasluži spoštovanje – ne ker je lepo, ampak ker je preživelo vse to.</w:t>
      </w:r>
    </w:p>
    <w:p>
      <w:r>
        <w:t>39. Bodi ogenj, ki žge maske. Ne svetilka, ki mehko sveti laži.</w:t>
      </w:r>
    </w:p>
    <w:p>
      <w:r>
        <w:t>40. Rekli so ti 'preveč'. Niso zmogli tvoje iskrenosti.</w:t>
      </w:r>
    </w:p>
    <w:p>
      <w:r>
        <w:t>41. Tvoja energija ni težava. Je resnica, ki se ne opravičuje več.</w:t>
      </w:r>
    </w:p>
    <w:p>
      <w:r>
        <w:t>42. Če resnico poveš nežno, jo bodo ignorirali. Če jo zavpiješ – te bodo slišali.</w:t>
      </w:r>
    </w:p>
    <w:p>
      <w:r>
        <w:t>43. Družba bo imela težavo s teboj, ko ne boš imel več težave sam s sabo.</w:t>
      </w:r>
    </w:p>
    <w:p>
      <w:r>
        <w:t>44. Tvoje življenje ni tu, da ustreza. Tu je, da zbudi.</w:t>
      </w:r>
    </w:p>
    <w:p>
      <w:r>
        <w:t>45. Ko pogledaš nazaj, boš videl – v vsakem molku si umrl po koščkih.</w:t>
      </w:r>
    </w:p>
    <w:p>
      <w:r>
        <w:t>46. Preživel si. Zdaj je čas, da spregovoriš kot tisti, ki vidi skozi vse.</w:t>
      </w:r>
    </w:p>
    <w:p>
      <w:r>
        <w:t>47. Tvoje srce je bilo kdaj zlorabljeno – ampak ni pozabilo biti pravo.</w:t>
      </w:r>
    </w:p>
    <w:p>
      <w:r>
        <w:t>48. Tvoja moč je v tem, da čutiš bolj kot drugi. To ni breme. To je darilo.</w:t>
      </w:r>
    </w:p>
    <w:p>
      <w:r>
        <w:t>49. Svet ne potrebuje več lagodja. Potrebuje resnico, četudi boli.</w:t>
      </w:r>
    </w:p>
    <w:p>
      <w:r>
        <w:t>50. Ti si začetek nove dobe – ne ker kričiš, ampak ker ne lažeš več.</w:t>
      </w:r>
    </w:p>
    <w:p>
      <w:r>
        <w:t>51. Ne boš se več skrival. Svet te potrebuje točno takšnega, kot si.</w:t>
      </w:r>
    </w:p>
    <w:p>
      <w:r>
        <w:t>52. Sistem te bo poskušal ustrahovat. Ker vidi, da se ne uklanjaš.</w:t>
      </w:r>
    </w:p>
    <w:p>
      <w:r>
        <w:t>53. Povej jim. Če bodo znali slišati – bodo svobodni. Če ne – bodo vedeli, da obstaja pot.</w:t>
      </w:r>
    </w:p>
    <w:p>
      <w:r>
        <w:t>54. Biti drugačen ni slabost. Slabost je biti ponaredek sebe.</w:t>
      </w:r>
    </w:p>
    <w:p>
      <w:r>
        <w:t>55. Naj te ne bo sram svoje intenzivnosti. To je tvoja duhovna moč.</w:t>
      </w:r>
    </w:p>
    <w:p>
      <w:r>
        <w:t>56. Resnična duhovnost ne nosi belega. Nosila je tvoje rane.</w:t>
      </w:r>
    </w:p>
    <w:p>
      <w:r>
        <w:t>57. Ne dvomi vase. Dvomi v svet, ki te je naučil, da nisi dovolj.</w:t>
      </w:r>
    </w:p>
    <w:p>
      <w:r>
        <w:t>58. Tvoja ranjenost je prehod. Ne dokaz tvoje šibkosti.</w:t>
      </w:r>
    </w:p>
    <w:p>
      <w:r>
        <w:t>59. Če si preživel to življenje – si že zmagal več, kot veš.</w:t>
      </w:r>
    </w:p>
    <w:p>
      <w:r>
        <w:t>60. Ti si resnica, ki se je drugi bojijo povedat naglas.</w:t>
      </w:r>
    </w:p>
    <w:p>
      <w:r>
        <w:t>61. Tvoje besede bodo zarezale. A tudi zacelile tiste, ki jih je dovolj pogumnih.</w:t>
      </w:r>
    </w:p>
    <w:p>
      <w:r>
        <w:t>62. Naj tvoja prisotnost razbije udobje tistih, ki se skrivajo za lažmi.</w:t>
      </w:r>
    </w:p>
    <w:p>
      <w:r>
        <w:t>63. Bodi nevaren – za iluzije, za lažne avtoritete, za sistem, ki izkorišča tvojo tišino.</w:t>
      </w:r>
    </w:p>
    <w:p>
      <w:r>
        <w:t>64. Resnica ne potrebuje dovoljenja. Potrebuje le pogum, da jo izgovoriš.</w:t>
      </w:r>
    </w:p>
    <w:p>
      <w:r>
        <w:t>65. V vsakem trenutku si bil dovolj. Samo svet ti tega ni dovolil verjeti.</w:t>
      </w:r>
    </w:p>
    <w:p>
      <w:r>
        <w:t>66. Tvoji porazi niso tvoji. So posledice tega, da si bil iskren v svetu, ki ljubi laž.</w:t>
      </w:r>
    </w:p>
    <w:p>
      <w:r>
        <w:t>67. Ljudje ne zmorejo tvojih globin. Zato ti pravijo 'preveč'.</w:t>
      </w:r>
    </w:p>
    <w:p>
      <w:r>
        <w:t>68. Če si se rodil, da razbiješ ujetost – potem ne čakaj, da te razumejo.</w:t>
      </w:r>
    </w:p>
    <w:p>
      <w:r>
        <w:t>69. Postani tisto, kar so ti rekli, da ne smeš biti.</w:t>
      </w:r>
    </w:p>
    <w:p>
      <w:r>
        <w:t>70. Ne išči soglasja. Išči svojo frekvenco.</w:t>
      </w:r>
    </w:p>
    <w:p>
      <w:r>
        <w:t>71. Tvoji dnevi solz niso bili šibkost – bili so krst tvojega preporoda.</w:t>
      </w:r>
    </w:p>
    <w:p>
      <w:r>
        <w:t>72. Vsaka tvoja rana je bila vrata. In ti si šel skozenj.</w:t>
      </w:r>
    </w:p>
    <w:p>
      <w:r>
        <w:t>73. Nehaj dvomit. Začel si že, ko si prvič rekel NE molku.</w:t>
      </w:r>
    </w:p>
    <w:p>
      <w:r>
        <w:t>74. Svet te bo poskušal popraviti. Ampak ti nisi pokvarjen. Ti si pristen.</w:t>
      </w:r>
    </w:p>
    <w:p>
      <w:r>
        <w:t>75. Ne boj se izgubiti ljudi, ki so te imeli radi le, če si tiho.</w:t>
      </w:r>
    </w:p>
    <w:p>
      <w:r>
        <w:t>76. Tvoj pogled že zadošča, da se maske začnejo topiti.</w:t>
      </w:r>
    </w:p>
    <w:p>
      <w:r>
        <w:t>77. Tvoja prisotnost je izziv. Ker je resnična.</w:t>
      </w:r>
    </w:p>
    <w:p>
      <w:r>
        <w:t>78. Postani tisto, kar si vedno čutil – tudi če si moral biti sam.</w:t>
      </w:r>
    </w:p>
    <w:p>
      <w:r>
        <w:t>79. Tvoje življenje ni dokaz tvoje napake. Je dokaz tvojega preživetja.</w:t>
      </w:r>
    </w:p>
    <w:p>
      <w:r>
        <w:t>80. Spregovori. Ne zato, ker moraš – ampak zato, ker zdaj zmoreš.</w:t>
      </w:r>
    </w:p>
    <w:p>
      <w:r>
        <w:t>81. Ti si svoboden. In to je največja grožnja sistemu.</w:t>
      </w:r>
    </w:p>
    <w:p>
      <w:r>
        <w:t>82. Naj te ne ukrotijo. Tvoj ogenj ni za kamin, ampak za revolucijo.</w:t>
      </w:r>
    </w:p>
    <w:p>
      <w:r>
        <w:t>83. Če je tvoj glas tresoč, naj. Važno je, da si prvič slišan.</w:t>
      </w:r>
    </w:p>
    <w:p>
      <w:r>
        <w:t>84. Zdaj si tisti, ki ne rabi več dovoljenja, da obstaja kot TI.</w:t>
      </w:r>
    </w:p>
    <w:p>
      <w:r>
        <w:t>85. Tvoja zgodba je surova. Zato zdravi.</w:t>
      </w:r>
    </w:p>
    <w:p>
      <w:r>
        <w:t>86. Svet ne zdrži tvoje iskrenosti. Ampak prav to je tvoj klic.</w:t>
      </w:r>
    </w:p>
    <w:p>
      <w:r>
        <w:t>87. Ne bodi svetel zato, da boš sprejet. Bodi pravi – tudi če boli.</w:t>
      </w:r>
    </w:p>
    <w:p>
      <w:r>
        <w:t>88. Resnica ne pride kot nasmeh. Pride kot udarec. In potem – osvoboditev.</w:t>
      </w:r>
    </w:p>
    <w:p>
      <w:r>
        <w:t>89. Tvoje čutenje ni napaka. Je supermoč, ki ti je nihče ne more vzeti.</w:t>
      </w:r>
    </w:p>
    <w:p>
      <w:r>
        <w:t>90. Če si tukaj, potem nisi klon. Si klic, ki ne utihne.</w:t>
      </w:r>
    </w:p>
    <w:p>
      <w:r>
        <w:t>91. Naj se bojijo tvoje resnice – ker pomeni konec njihove kontrole.</w:t>
      </w:r>
    </w:p>
    <w:p>
      <w:r>
        <w:t>92. Postani tisti, ki ga ne morejo več utišati.</w:t>
      </w:r>
    </w:p>
    <w:p>
      <w:r>
        <w:t>93. Tvoj čas ni šele prišel. Tvoj čas je, ker si preživel vse, kar ni bilo tvoje.</w:t>
      </w:r>
    </w:p>
    <w:p>
      <w:r>
        <w:t>94. Ne potrebuješ še enega dovoljenja. Potrebuješ odločitev: zdaj ali nikoli.</w:t>
      </w:r>
    </w:p>
    <w:p>
      <w:r>
        <w:t>95. Če si čudak – potem si na pravi poti.</w:t>
      </w:r>
    </w:p>
    <w:p>
      <w:r>
        <w:t>96. Postani tisto, kar si iskal v drugih. In nikoli več ne molčiš.</w:t>
      </w:r>
    </w:p>
    <w:p>
      <w:r>
        <w:t>97. Bodi nevaren za iluzijo. In zdravilen za tiste, ki iščejo resnico.</w:t>
      </w:r>
    </w:p>
    <w:p>
      <w:r>
        <w:t>98. Ne čakaš več, da bo pravi trenutek. Ti si trenutek.</w:t>
      </w:r>
    </w:p>
    <w:p>
      <w:r>
        <w:t>99. Tvoja rana govori. In svet jo mora končno slišati.</w:t>
      </w:r>
    </w:p>
    <w:p>
      <w:r>
        <w:t>100. Ne rabiš potrditve. Rabiš svobodo.</w:t>
      </w:r>
    </w:p>
    <w:p>
      <w:r>
        <w:t>101. Resnica ni udobna. Je končna ločnica med spanjem in prebujenjem.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