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12 Zvočnih Vrat – Zvok, Namen, Mantranje, Ukaz</w:t>
      </w:r>
    </w:p>
    <w:p>
      <w:pPr>
        <w:pStyle w:val="Heading1"/>
      </w:pPr>
      <w:r>
        <w:t>Vrata 1</w:t>
      </w:r>
    </w:p>
    <w:p>
      <w:pPr>
        <w:pStyle w:val="ListBullet"/>
      </w:pPr>
      <w:r>
        <w:t>Zvok: RA</w:t>
      </w:r>
    </w:p>
    <w:p>
      <w:pPr>
        <w:pStyle w:val="ListBullet"/>
      </w:pPr>
      <w:r>
        <w:t>Namen: Transformation / Preobrazba</w:t>
      </w:r>
    </w:p>
    <w:p>
      <w:pPr>
        <w:pStyle w:val="ListBullet"/>
      </w:pPr>
      <w:r>
        <w:t>Mantraj: RA RA RA</w:t>
      </w:r>
    </w:p>
    <w:p>
      <w:pPr>
        <w:pStyle w:val="ListBullet"/>
      </w:pPr>
      <w:r>
        <w:t>Ukaz: Preoblikujem sebe v svetlobi.</w:t>
      </w:r>
    </w:p>
    <w:p>
      <w:pPr>
        <w:pStyle w:val="Heading1"/>
      </w:pPr>
      <w:r>
        <w:t>Vrata 2</w:t>
      </w:r>
    </w:p>
    <w:p>
      <w:pPr>
        <w:pStyle w:val="ListBullet"/>
      </w:pPr>
      <w:r>
        <w:t>Zvok: RU</w:t>
      </w:r>
    </w:p>
    <w:p>
      <w:pPr>
        <w:pStyle w:val="ListBullet"/>
      </w:pPr>
      <w:r>
        <w:t>Namen: Restoration / Obnova</w:t>
      </w:r>
    </w:p>
    <w:p>
      <w:pPr>
        <w:pStyle w:val="ListBullet"/>
      </w:pPr>
      <w:r>
        <w:t>Mantraj: RU RU RU</w:t>
      </w:r>
    </w:p>
    <w:p>
      <w:pPr>
        <w:pStyle w:val="ListBullet"/>
      </w:pPr>
      <w:r>
        <w:t>Ukaz: Obnavljam svojo prvobitno matriko.</w:t>
      </w:r>
    </w:p>
    <w:p>
      <w:pPr>
        <w:pStyle w:val="Heading1"/>
      </w:pPr>
      <w:r>
        <w:t>Vrata 3</w:t>
      </w:r>
    </w:p>
    <w:p>
      <w:pPr>
        <w:pStyle w:val="ListBullet"/>
      </w:pPr>
      <w:r>
        <w:t>Zvok: AR-RU</w:t>
      </w:r>
    </w:p>
    <w:p>
      <w:pPr>
        <w:pStyle w:val="ListBullet"/>
      </w:pPr>
      <w:r>
        <w:t>Namen: Healing / Zdravljenje</w:t>
      </w:r>
    </w:p>
    <w:p>
      <w:pPr>
        <w:pStyle w:val="ListBullet"/>
      </w:pPr>
      <w:r>
        <w:t>Mantraj: AR-RU AR-RU</w:t>
      </w:r>
    </w:p>
    <w:p>
      <w:pPr>
        <w:pStyle w:val="ListBullet"/>
      </w:pPr>
      <w:r>
        <w:t>Ukaz: Celim se z izvorno močjo.</w:t>
      </w:r>
    </w:p>
    <w:p>
      <w:pPr>
        <w:pStyle w:val="Heading1"/>
      </w:pPr>
      <w:r>
        <w:t>Vrata 4</w:t>
      </w:r>
    </w:p>
    <w:p>
      <w:pPr>
        <w:pStyle w:val="ListBullet"/>
      </w:pPr>
      <w:r>
        <w:t>Zvok: HA'RA</w:t>
      </w:r>
    </w:p>
    <w:p>
      <w:pPr>
        <w:pStyle w:val="ListBullet"/>
      </w:pPr>
      <w:r>
        <w:t>Namen: Truth / Resnica</w:t>
      </w:r>
    </w:p>
    <w:p>
      <w:pPr>
        <w:pStyle w:val="ListBullet"/>
      </w:pPr>
      <w:r>
        <w:t>Mantraj: HA'RA HA'RA</w:t>
      </w:r>
    </w:p>
    <w:p>
      <w:pPr>
        <w:pStyle w:val="ListBullet"/>
      </w:pPr>
      <w:r>
        <w:t>Ukaz: Izgovarjam svojo resnico jasno.</w:t>
      </w:r>
    </w:p>
    <w:p>
      <w:pPr>
        <w:pStyle w:val="Heading1"/>
      </w:pPr>
      <w:r>
        <w:t>Vrata 5</w:t>
      </w:r>
    </w:p>
    <w:p>
      <w:pPr>
        <w:pStyle w:val="ListBullet"/>
      </w:pPr>
      <w:r>
        <w:t>Zvok: KA-RA’YA</w:t>
      </w:r>
    </w:p>
    <w:p>
      <w:pPr>
        <w:pStyle w:val="ListBullet"/>
      </w:pPr>
      <w:r>
        <w:t>Namen: Wisdom / Modrost</w:t>
      </w:r>
    </w:p>
    <w:p>
      <w:pPr>
        <w:pStyle w:val="ListBullet"/>
      </w:pPr>
      <w:r>
        <w:t>Mantraj: KA-RA’YA KA-RA’YA</w:t>
      </w:r>
    </w:p>
    <w:p>
      <w:pPr>
        <w:pStyle w:val="ListBullet"/>
      </w:pPr>
      <w:r>
        <w:t>Ukaz: Prejemam modrost višje zavesti.</w:t>
      </w:r>
    </w:p>
    <w:p>
      <w:pPr>
        <w:pStyle w:val="Heading1"/>
      </w:pPr>
      <w:r>
        <w:t>Vrata 6</w:t>
      </w:r>
    </w:p>
    <w:p>
      <w:pPr>
        <w:pStyle w:val="ListBullet"/>
      </w:pPr>
      <w:r>
        <w:t>Zvok: SA’TA</w:t>
      </w:r>
    </w:p>
    <w:p>
      <w:pPr>
        <w:pStyle w:val="ListBullet"/>
      </w:pPr>
      <w:r>
        <w:t>Namen: Compassion / Sočutje</w:t>
      </w:r>
    </w:p>
    <w:p>
      <w:pPr>
        <w:pStyle w:val="ListBullet"/>
      </w:pPr>
      <w:r>
        <w:t>Mantraj: SA’TA SA’TA</w:t>
      </w:r>
    </w:p>
    <w:p>
      <w:pPr>
        <w:pStyle w:val="ListBullet"/>
      </w:pPr>
      <w:r>
        <w:t>Ukaz: Širim sočutje iz svojega srca.</w:t>
      </w:r>
    </w:p>
    <w:p>
      <w:pPr>
        <w:pStyle w:val="Heading1"/>
      </w:pPr>
      <w:r>
        <w:t>Vrata 7</w:t>
      </w:r>
    </w:p>
    <w:p>
      <w:pPr>
        <w:pStyle w:val="ListBullet"/>
      </w:pPr>
      <w:r>
        <w:t>Zvok: MI’RU</w:t>
      </w:r>
    </w:p>
    <w:p>
      <w:pPr>
        <w:pStyle w:val="ListBullet"/>
      </w:pPr>
      <w:r>
        <w:t>Namen: Service / Služenje</w:t>
      </w:r>
    </w:p>
    <w:p>
      <w:pPr>
        <w:pStyle w:val="ListBullet"/>
      </w:pPr>
      <w:r>
        <w:t>Mantraj: MI’RU MI’RU</w:t>
      </w:r>
    </w:p>
    <w:p>
      <w:pPr>
        <w:pStyle w:val="ListBullet"/>
      </w:pPr>
      <w:r>
        <w:t>Ukaz: Služim svetlobi z voljo.</w:t>
      </w:r>
    </w:p>
    <w:p>
      <w:pPr>
        <w:pStyle w:val="Heading1"/>
      </w:pPr>
      <w:r>
        <w:t>Vrata 8</w:t>
      </w:r>
    </w:p>
    <w:p>
      <w:pPr>
        <w:pStyle w:val="ListBullet"/>
      </w:pPr>
      <w:r>
        <w:t>Zvok: WI’TA</w:t>
      </w:r>
    </w:p>
    <w:p>
      <w:pPr>
        <w:pStyle w:val="ListBullet"/>
      </w:pPr>
      <w:r>
        <w:t>Namen: Wholeness / Celostnost</w:t>
      </w:r>
    </w:p>
    <w:p>
      <w:pPr>
        <w:pStyle w:val="ListBullet"/>
      </w:pPr>
      <w:r>
        <w:t>Mantraj: WI’TA WI’TA</w:t>
      </w:r>
    </w:p>
    <w:p>
      <w:pPr>
        <w:pStyle w:val="ListBullet"/>
      </w:pPr>
      <w:r>
        <w:t>Ukaz: Združujem vse svoje dele v eno.</w:t>
      </w:r>
    </w:p>
    <w:p>
      <w:pPr>
        <w:pStyle w:val="Heading1"/>
      </w:pPr>
      <w:r>
        <w:t>Vrata 9</w:t>
      </w:r>
    </w:p>
    <w:p>
      <w:pPr>
        <w:pStyle w:val="ListBullet"/>
      </w:pPr>
      <w:r>
        <w:t>Zvok: INA’YA</w:t>
      </w:r>
    </w:p>
    <w:p>
      <w:pPr>
        <w:pStyle w:val="ListBullet"/>
      </w:pPr>
      <w:r>
        <w:t>Namen: Creation / Ustvarjanje</w:t>
      </w:r>
    </w:p>
    <w:p>
      <w:pPr>
        <w:pStyle w:val="ListBullet"/>
      </w:pPr>
      <w:r>
        <w:t>Mantraj: INA’YA INA’YA</w:t>
      </w:r>
    </w:p>
    <w:p>
      <w:pPr>
        <w:pStyle w:val="ListBullet"/>
      </w:pPr>
      <w:r>
        <w:t>Ukaz: Ustvarjam v skladu z virom.</w:t>
      </w:r>
    </w:p>
    <w:p>
      <w:pPr>
        <w:pStyle w:val="Heading1"/>
      </w:pPr>
      <w:r>
        <w:t>Vrata 10</w:t>
      </w:r>
    </w:p>
    <w:p>
      <w:pPr>
        <w:pStyle w:val="ListBullet"/>
      </w:pPr>
      <w:r>
        <w:t>Zvok: AS’A</w:t>
      </w:r>
    </w:p>
    <w:p>
      <w:pPr>
        <w:pStyle w:val="ListBullet"/>
      </w:pPr>
      <w:r>
        <w:t>Namen: Guardian / Varuh</w:t>
      </w:r>
    </w:p>
    <w:p>
      <w:pPr>
        <w:pStyle w:val="ListBullet"/>
      </w:pPr>
      <w:r>
        <w:t>Mantraj: AS’A AS’A</w:t>
      </w:r>
    </w:p>
    <w:p>
      <w:pPr>
        <w:pStyle w:val="ListBullet"/>
      </w:pPr>
      <w:r>
        <w:t>Ukaz: Varujem svoje sveto polje.</w:t>
      </w:r>
    </w:p>
    <w:p>
      <w:pPr>
        <w:pStyle w:val="Heading1"/>
      </w:pPr>
      <w:r>
        <w:t>Vrata 11</w:t>
      </w:r>
    </w:p>
    <w:p>
      <w:pPr>
        <w:pStyle w:val="ListBullet"/>
      </w:pPr>
      <w:r>
        <w:t>Zvok: KU-RA</w:t>
      </w:r>
    </w:p>
    <w:p>
      <w:pPr>
        <w:pStyle w:val="ListBullet"/>
      </w:pPr>
      <w:r>
        <w:t>Namen: Oneness / Enost</w:t>
      </w:r>
    </w:p>
    <w:p>
      <w:pPr>
        <w:pStyle w:val="ListBullet"/>
      </w:pPr>
      <w:r>
        <w:t>Mantraj: KU-RA KU-RA</w:t>
      </w:r>
    </w:p>
    <w:p>
      <w:pPr>
        <w:pStyle w:val="ListBullet"/>
      </w:pPr>
      <w:r>
        <w:t>Ukaz: Sem eno z vsem kar je.</w:t>
      </w:r>
    </w:p>
    <w:p>
      <w:pPr>
        <w:pStyle w:val="Heading1"/>
      </w:pPr>
      <w:r>
        <w:t>Vrata 12</w:t>
      </w:r>
    </w:p>
    <w:p>
      <w:pPr>
        <w:pStyle w:val="ListBullet"/>
      </w:pPr>
      <w:r>
        <w:t>Zvok: HU’RA</w:t>
      </w:r>
    </w:p>
    <w:p>
      <w:pPr>
        <w:pStyle w:val="ListBullet"/>
      </w:pPr>
      <w:r>
        <w:t>Namen: Enlightenment / Razsvetljenje</w:t>
      </w:r>
    </w:p>
    <w:p>
      <w:pPr>
        <w:pStyle w:val="ListBullet"/>
      </w:pPr>
      <w:r>
        <w:t>Mantraj: HU’RA HU’RA</w:t>
      </w:r>
    </w:p>
    <w:p>
      <w:pPr>
        <w:pStyle w:val="ListBullet"/>
      </w:pPr>
      <w:r>
        <w:t>Ukaz: Svetloba sem in svetim.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