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Calibri"/>
          <w:color w:val="0066CC"/>
        </w:rPr>
        <w:t>🌌 KOMPLETNA ASTROLOŠKO-NUMEROLOŠKA RAZISKAVA ZA DAMIRJA ŠAFARIČA</w:t>
      </w:r>
    </w:p>
    <w:p>
      <w:pPr>
        <w:spacing w:after="120"/>
      </w:pPr>
      <w:r>
        <w:t>Rojstvo: 17. marec 1990 ob 00:15, Celje, Slovenija (UTC+1)</w:t>
      </w:r>
    </w:p>
    <w:p>
      <w:pPr>
        <w:pStyle w:val="Heading1"/>
      </w:pPr>
      <w:r>
        <w:rPr>
          <w:rFonts w:ascii="Calibri" w:hAnsi="Calibri" w:eastAsia="Calibri"/>
          <w:color w:val="0066CC"/>
        </w:rPr>
        <w:t>🌠 1. OSNOVNI PLANETARNI POLOŽAJI</w:t>
      </w:r>
    </w:p>
    <w:p>
      <w:pPr>
        <w:spacing w:after="120"/>
      </w:pPr>
      <w:r>
        <w:t>☉ Sonce v Ribah (26°12' ♓) - 12. hiša</w:t>
        <w:br/>
        <w:t>Globoka duhovnost, sanjarska narava, močna intuicija. Povezanost s transcendentnimi izkušnjami.</w:t>
      </w:r>
    </w:p>
    <w:p>
      <w:pPr>
        <w:spacing w:after="120"/>
      </w:pPr>
      <w:r>
        <w:t>☽ Luna v Strelcu (14°37' ♐) - 9. hiša</w:t>
        <w:br/>
        <w:t>Čustvena potreba po svobodi, filozofskih odgovorih in potovanjih. Optimizem kot obrambni mehanizem.</w:t>
      </w:r>
    </w:p>
    <w:p>
      <w:pPr>
        <w:spacing w:after="120"/>
      </w:pPr>
      <w:r>
        <w:t>↑ Ascendent v Škorpijonu (8°14' ♏)</w:t>
        <w:br/>
        <w:t>Magnetična, intenzivna prisotnost. Sposobnost prebijanja iluzij in vpogleda v globine.</w:t>
      </w:r>
    </w:p>
    <w:p>
      <w:pPr>
        <w:spacing w:after="120"/>
      </w:pPr>
      <w:r>
        <w:t>☿ Merkur v Ovnu (10°42' ♈) - 10. hiša</w:t>
        <w:br/>
        <w:t>Neposreden, iskren komunikacijski stil. Vodstvene sposobnosti in hiter um.</w:t>
      </w:r>
    </w:p>
    <w:p>
      <w:pPr>
        <w:spacing w:after="120"/>
      </w:pPr>
      <w:r>
        <w:t>♀ Venera v Kozorogu (19°33' ♑) - 4. hiša</w:t>
        <w:br/>
        <w:t>Ljubezen do tradicije, zvestoba, privlačnost do zrelejših partnerjev.</w:t>
      </w:r>
    </w:p>
    <w:p>
      <w:pPr>
        <w:spacing w:after="120"/>
      </w:pPr>
      <w:r>
        <w:t>♂ Mars v Kozorogu (12°47' ♑) - 4. hiša</w:t>
        <w:br/>
        <w:t>Vztrajnost pri gradnji trajnega doma. Potlačena jeza iz otroštva.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