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ULTIMATIVNA ASTROLOŠKA ANALIZA – DAMIR ŠAFARIČ</w:t>
      </w:r>
    </w:p>
    <w:p>
      <w:r>
        <w:t>Datum rojstva: 17. marec 1990</w:t>
        <w:br/>
        <w:t>Ura rojstva: 00:15</w:t>
        <w:br/>
        <w:t>Kraj rojstva: Celje, Slovenija</w:t>
        <w:br/>
        <w:t>Časovni pas: UTC+1 (zimski čas)</w:t>
      </w:r>
    </w:p>
    <w:p>
      <w:pPr>
        <w:pStyle w:val="Heading2"/>
      </w:pPr>
      <w:r>
        <w:t>🌞 Sonce v Ribah (26°6′) v 3. hiši</w:t>
      </w:r>
    </w:p>
    <w:p>
      <w:r>
        <w:t>Sonce v Ribah daje Damirju globoko intuitivno naravo, občutljivost in ustvarjalnost. Položaj v 3. hiši kaže na močan interes za komunikacijo, učenje in izražanje misli. Njegovo razmišljanje je pogosto simbolično, poetično in navdahnjeno. Lahko zaznava svetove, ki jih drugi ne vidijo, ter jih sporoča preko besed, pisanja ali pogovora.</w:t>
      </w:r>
    </w:p>
    <w:p>
      <w:pPr>
        <w:pStyle w:val="Heading2"/>
      </w:pPr>
      <w:r>
        <w:t>🌙 Luna v Škorpijonu (27°11′) v 12. hiši</w:t>
      </w:r>
    </w:p>
    <w:p>
      <w:r>
        <w:t>Luna v Škorpijonu je izraz izjemne čustvene globine in moči. V 12. hiši odpira intuitivne in duhovne darove, a tudi karmične preizkušnje. Damir je izredno empatičen in lahko čuti občutke drugih kot svoje. Ta luna prinaša tudi moč samotransformacije skozi notranje procese in duhovno rast.</w:t>
      </w:r>
    </w:p>
    <w:p>
      <w:pPr>
        <w:pStyle w:val="Heading2"/>
      </w:pPr>
      <w:r>
        <w:t>⬆️ Ascendent v Škorpijonu (1°)</w:t>
      </w:r>
    </w:p>
    <w:p>
      <w:r>
        <w:t>Ascendent v Škorpijonu daje intenziven, skrivnosten in hipnotičen prvi vtis. Damir je globoko zaznaven, prodoren in pogosto izžareva tiho moč. Njegova pot v življenju vodi skozi regeneracijo, osebno moč in preobrazbo. Ascendent mu daje tudi sposobnost zaznavanja skritih resnic in duhovnega prebujanja.</w:t>
      </w:r>
    </w:p>
    <w:p>
      <w:pPr>
        <w:pStyle w:val="Heading2"/>
      </w:pPr>
      <w:r>
        <w:t>☿ Merkur v Ribah (24°3′) v 3. hiši</w:t>
      </w:r>
    </w:p>
    <w:p>
      <w:r>
        <w:t>Merkur v Ribah v 3. hiši mu daje miselno gibčnost, simbolično razmišljanje in intuitivno razumevanje. Odličen je v vizualizaciji, pisanju, pripovedovanju in intuitivni komunikaciji. Lahko deluje kot duhovni posrednik, ki zaznava informacije iz višjih svetov.</w:t>
      </w:r>
    </w:p>
    <w:p>
      <w:pPr>
        <w:pStyle w:val="Heading2"/>
      </w:pPr>
      <w:r>
        <w:t>♀ Venera v Vodnarju (20°18′) v 3. hiši</w:t>
      </w:r>
    </w:p>
    <w:p>
      <w:r>
        <w:t>Venera v Vodnarju je nenavadna, svobodomiselna in intelektualno usmerjena. Damir išče povezave, ki mu dajejo svobodo, a tudi mentalno stimulacijo. Položaj v 3. hiši kaže, da svojo ljubezen izraža skozi pogovor, ideje in skupne projekte.</w:t>
      </w:r>
    </w:p>
    <w:p>
      <w:pPr>
        <w:pStyle w:val="Heading2"/>
      </w:pPr>
      <w:r>
        <w:t>♂ Mars v Vodnarju (13°25′) v 3. hiši</w:t>
      </w:r>
    </w:p>
    <w:p>
      <w:r>
        <w:t>Mars v Vodnarju izraža energijo na inovativen, včasih uporniški način. V 3. hiši kaže na duševno vztrajnost, močno voljo pri učenju in izražanju idej. Lahko deluje kot pionir pri širjenju naprednih pogledov in tehnologij.</w:t>
      </w:r>
    </w:p>
    <w:p>
      <w:pPr>
        <w:pStyle w:val="Heading2"/>
      </w:pPr>
      <w:r>
        <w:t>♃ Jupiter v Raku (7°38′) v 8. hiši</w:t>
      </w:r>
    </w:p>
    <w:p>
      <w:r>
        <w:t>Jupiter v Raku kaže na zaščitniško, čustveno modrost. V 8. hiši ima Damir močno povezavo z duhovnostjo, globokimi transformacijami, karmo in tudi tujim denarjem. Lahko je duhovni mentor, zdravilec ali raziskovalec okultnih znanj.</w:t>
      </w:r>
    </w:p>
    <w:p>
      <w:pPr>
        <w:pStyle w:val="Heading2"/>
      </w:pPr>
      <w:r>
        <w:t>♄ Saturn v Kozorogu (24°17′) v 2. hiši</w:t>
      </w:r>
    </w:p>
    <w:p>
      <w:r>
        <w:t>Saturn v 2. hiši prinaša lekcije stabilnosti, lastne vrednosti in materialnega sveta. Damir mora skozi življenje zgraditi trdno podlago zaupanja vase in odgovoren odnos do financ. Sčasoma ta položaj prinaša veliko notranjo moč in zrelost na področju samozavesti.</w:t>
      </w:r>
    </w:p>
    <w:p>
      <w:pPr>
        <w:pStyle w:val="Heading2"/>
      </w:pPr>
      <w:r>
        <w:t>♅ Uran v Kozorogu (7°16′) v 2. hiši</w:t>
      </w:r>
    </w:p>
    <w:p>
      <w:r>
        <w:t>Uran v 2. hiši kaže na neodvisnost glede financ in vrednot. Damir ima izvirne ideje o zaslužku in lahko pride do nenavadnih, a inovativnih načinov pridobivanja sredstev. Povezanost z znamenjem Kozoroga pa mu daje disciplino za uresničevanje teh idej.</w:t>
      </w:r>
    </w:p>
    <w:p>
      <w:pPr>
        <w:pStyle w:val="Heading2"/>
      </w:pPr>
      <w:r>
        <w:t>♆ Neptun v Kozorogu (12°32′) v 2. hiši</w:t>
      </w:r>
    </w:p>
    <w:p>
      <w:r>
        <w:t>Neptun v 2. hiši simbolizira sanje o idealni stabilnosti. Damir ima sposobnost manifestacije svojih idealov, če ostane prizemljen. Lahko čuti globoko povezavo med duhovnimi vrednotami in materialnim svetom.</w:t>
      </w:r>
    </w:p>
    <w:p>
      <w:pPr>
        <w:pStyle w:val="Heading2"/>
      </w:pPr>
      <w:r>
        <w:t>♇ Pluton v Škorpijonu (16°49′) v 12. hiši</w:t>
      </w:r>
    </w:p>
    <w:p>
      <w:r>
        <w:t>Pluton v 12. hiši je izredno močan – nakazuje duhovnega bojevnika, ki deluje iz ozadja, a transformira skozi globoko notranjo alkimijo. Damir ima sposobnost zdravljenja, videnja nevidnega in povezovanja z nezavednim. Gre za karmično moč, ki preobraža njega in druge.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